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D2FF4" w14:textId="77777777" w:rsidR="009551D7" w:rsidRDefault="00F851C3">
      <w:pPr>
        <w:keepNext/>
        <w:pBdr>
          <w:bottom w:val="single" w:sz="12" w:space="1" w:color="75B743"/>
        </w:pBdr>
        <w:spacing w:after="80"/>
      </w:pPr>
      <w:r>
        <w:rPr>
          <w:rFonts w:eastAsia="Calibri" w:cs="Calibri"/>
          <w:b/>
          <w:color w:val="1F2043"/>
          <w:sz w:val="32"/>
        </w:rPr>
        <w:t>Letter of Intent</w:t>
      </w:r>
    </w:p>
    <w:p w14:paraId="552599BA" w14:textId="77777777" w:rsidR="009551D7" w:rsidRDefault="00F851C3">
      <w:pPr>
        <w:spacing w:after="160"/>
      </w:pPr>
      <w:r>
        <w:rPr>
          <w:rFonts w:eastAsia="Calibri" w:cs="Calibri"/>
          <w:i/>
          <w:color w:val="6B7280"/>
          <w:sz w:val="19"/>
        </w:rPr>
        <w:t>Participant confirmation for a SMART project application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92"/>
      </w:tblGrid>
      <w:tr w:rsidR="009551D7" w14:paraId="495ED23A" w14:textId="77777777">
        <w:trPr>
          <w:jc w:val="center"/>
        </w:trPr>
        <w:tc>
          <w:tcPr>
            <w:tcW w:w="10092" w:type="dxa"/>
            <w:shd w:val="clear" w:color="auto" w:fill="1F2043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E87589A" w14:textId="77777777" w:rsidR="009551D7" w:rsidRDefault="00F851C3">
            <w:pPr>
              <w:jc w:val="center"/>
            </w:pPr>
            <w:r>
              <w:rPr>
                <w:rFonts w:eastAsia="Calibri" w:cs="Calibri"/>
                <w:b/>
                <w:color w:val="FFFFFF"/>
                <w:sz w:val="18"/>
              </w:rPr>
              <w:t>TEMPLATE</w:t>
            </w:r>
          </w:p>
        </w:tc>
      </w:tr>
    </w:tbl>
    <w:p w14:paraId="55B3E372" w14:textId="77777777" w:rsidR="009551D7" w:rsidRDefault="009551D7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92"/>
      </w:tblGrid>
      <w:tr w:rsidR="009551D7" w14:paraId="3973112B" w14:textId="77777777">
        <w:trPr>
          <w:jc w:val="center"/>
        </w:trPr>
        <w:tc>
          <w:tcPr>
            <w:tcW w:w="10092" w:type="dxa"/>
            <w:tcBorders>
              <w:top w:val="single" w:sz="10" w:space="0" w:color="75B743"/>
              <w:left w:val="single" w:sz="10" w:space="0" w:color="75B743"/>
              <w:bottom w:val="single" w:sz="10" w:space="0" w:color="75B743"/>
              <w:right w:val="single" w:sz="10" w:space="0" w:color="75B743"/>
            </w:tcBorders>
            <w:shd w:val="clear" w:color="auto" w:fill="F4F9E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296739" w14:textId="77777777" w:rsidR="009551D7" w:rsidRDefault="00F851C3">
            <w:pPr>
              <w:spacing w:after="40" w:line="240" w:lineRule="auto"/>
            </w:pPr>
            <w:r>
              <w:rPr>
                <w:b/>
                <w:i/>
                <w:color w:val="4E7F24"/>
                <w:sz w:val="22"/>
              </w:rPr>
              <w:t>How to use this template</w:t>
            </w:r>
          </w:p>
          <w:p w14:paraId="5C69FB9A" w14:textId="77777777" w:rsidR="009551D7" w:rsidRDefault="00F851C3">
            <w:pPr>
              <w:spacing w:after="0" w:line="240" w:lineRule="auto"/>
            </w:pPr>
            <w:r>
              <w:rPr>
                <w:sz w:val="20"/>
              </w:rPr>
              <w:t>• This Letter of Intent is mandatory for every participant at the Project Outline (PO) stage.</w:t>
            </w:r>
          </w:p>
          <w:p w14:paraId="68E6338F" w14:textId="77777777" w:rsidR="009551D7" w:rsidRDefault="00F851C3">
            <w:pPr>
              <w:spacing w:after="0" w:line="240" w:lineRule="auto"/>
            </w:pPr>
            <w:r>
              <w:rPr>
                <w:sz w:val="20"/>
              </w:rPr>
              <w:t>• Insert the company logo in the dedicated field below.</w:t>
            </w:r>
          </w:p>
          <w:p w14:paraId="6254F560" w14:textId="77777777" w:rsidR="009551D7" w:rsidRDefault="00F851C3">
            <w:pPr>
              <w:spacing w:after="0" w:line="240" w:lineRule="auto"/>
            </w:pPr>
            <w:r>
              <w:rPr>
                <w:sz w:val="20"/>
              </w:rPr>
              <w:t>• The letter must be signed by an authorised representative, preferably using an electronic signature.</w:t>
            </w:r>
          </w:p>
          <w:p w14:paraId="70564A73" w14:textId="77777777" w:rsidR="009551D7" w:rsidRDefault="00F851C3">
            <w:pPr>
              <w:spacing w:after="0" w:line="240" w:lineRule="auto"/>
            </w:pPr>
            <w:r>
              <w:rPr>
                <w:sz w:val="20"/>
              </w:rPr>
              <w:t>• Upload the signed letter to the Cluster Projects Tool. No postal submission is required.</w:t>
            </w:r>
          </w:p>
        </w:tc>
      </w:tr>
    </w:tbl>
    <w:p w14:paraId="0E666DF9" w14:textId="77777777" w:rsidR="009551D7" w:rsidRDefault="009551D7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92"/>
      </w:tblGrid>
      <w:tr w:rsidR="009551D7" w14:paraId="2AC056D5" w14:textId="77777777">
        <w:tc>
          <w:tcPr>
            <w:tcW w:w="10092" w:type="dxa"/>
            <w:shd w:val="clear" w:color="auto" w:fill="1F2043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A95AAA6" w14:textId="77777777" w:rsidR="009551D7" w:rsidRDefault="00F851C3">
            <w:r>
              <w:rPr>
                <w:rFonts w:eastAsia="Calibri" w:cs="Calibri"/>
                <w:b/>
                <w:color w:val="FFFFFF"/>
                <w:sz w:val="19"/>
              </w:rPr>
              <w:t>Organisation and project identification</w:t>
            </w:r>
          </w:p>
        </w:tc>
      </w:tr>
    </w:tbl>
    <w:tbl>
      <w:tblPr>
        <w:tblW w:w="10052" w:type="dxa"/>
        <w:jc w:val="center"/>
        <w:tblLayout w:type="fixed"/>
        <w:tblLook w:val="04A0" w:firstRow="1" w:lastRow="0" w:firstColumn="1" w:lastColumn="0" w:noHBand="0" w:noVBand="1"/>
      </w:tblPr>
      <w:tblGrid>
        <w:gridCol w:w="3006"/>
        <w:gridCol w:w="7046"/>
      </w:tblGrid>
      <w:tr w:rsidR="009551D7" w14:paraId="30F78B59" w14:textId="77777777" w:rsidTr="003B1C2D">
        <w:trPr>
          <w:trHeight w:val="1215"/>
          <w:jc w:val="center"/>
        </w:trPr>
        <w:tc>
          <w:tcPr>
            <w:tcW w:w="3006" w:type="dxa"/>
            <w:vAlign w:val="center"/>
          </w:tcPr>
          <w:p w14:paraId="2FCFE985" w14:textId="77777777" w:rsidR="009551D7" w:rsidRDefault="00F851C3">
            <w:r>
              <w:rPr>
                <w:b/>
                <w:color w:val="1F2043"/>
                <w:sz w:val="18"/>
              </w:rPr>
              <w:t>Company logo</w:t>
            </w:r>
          </w:p>
        </w:tc>
        <w:tc>
          <w:tcPr>
            <w:tcW w:w="7046" w:type="dxa"/>
            <w:vAlign w:val="center"/>
          </w:tcPr>
          <w:p w14:paraId="563E5960" w14:textId="77777777" w:rsidR="009551D7" w:rsidRDefault="00F851C3">
            <w:pPr>
              <w:jc w:val="center"/>
            </w:pPr>
            <w:r>
              <w:rPr>
                <w:i/>
                <w:color w:val="6F7A89"/>
                <w:sz w:val="17"/>
              </w:rPr>
              <w:t>&lt;Insert company logo image here&gt;</w:t>
            </w:r>
          </w:p>
        </w:tc>
      </w:tr>
      <w:tr w:rsidR="009551D7" w14:paraId="4A586AF0" w14:textId="77777777" w:rsidTr="003B1C2D">
        <w:trPr>
          <w:jc w:val="center"/>
        </w:trPr>
        <w:tc>
          <w:tcPr>
            <w:tcW w:w="3006" w:type="dxa"/>
            <w:tcBorders>
              <w:bottom w:val="single" w:sz="5" w:space="0" w:color="D9DDE3"/>
            </w:tcBorders>
            <w:shd w:val="clear" w:color="auto" w:fill="F8F9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A99626" w14:textId="77777777" w:rsidR="009551D7" w:rsidRDefault="00F851C3">
            <w:proofErr w:type="spellStart"/>
            <w:r>
              <w:rPr>
                <w:rFonts w:eastAsia="Calibri" w:cs="Calibri"/>
                <w:b/>
                <w:color w:val="1F2043"/>
                <w:sz w:val="18"/>
              </w:rPr>
              <w:t>Organisation</w:t>
            </w:r>
            <w:proofErr w:type="spellEnd"/>
            <w:r>
              <w:rPr>
                <w:rFonts w:eastAsia="Calibri" w:cs="Calibri"/>
                <w:b/>
                <w:color w:val="1F2043"/>
                <w:sz w:val="18"/>
              </w:rPr>
              <w:t xml:space="preserve"> legal name</w:t>
            </w:r>
          </w:p>
        </w:tc>
        <w:tc>
          <w:tcPr>
            <w:tcW w:w="7046" w:type="dxa"/>
            <w:tcBorders>
              <w:bottom w:val="single" w:sz="5" w:space="0" w:color="D9DDE3"/>
            </w:tcBorders>
            <w:shd w:val="clear" w:color="auto" w:fill="F4F9E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F1E7DA" w14:textId="77777777" w:rsidR="009551D7" w:rsidRDefault="00F851C3">
            <w:r>
              <w:rPr>
                <w:rFonts w:eastAsia="Calibri" w:cs="Calibri"/>
                <w:i/>
                <w:color w:val="6B7280"/>
                <w:sz w:val="18"/>
              </w:rPr>
              <w:t>&lt;Organisation legal name&gt;</w:t>
            </w:r>
          </w:p>
        </w:tc>
      </w:tr>
      <w:tr w:rsidR="009551D7" w14:paraId="449425FD" w14:textId="77777777" w:rsidTr="003B1C2D">
        <w:trPr>
          <w:jc w:val="center"/>
        </w:trPr>
        <w:tc>
          <w:tcPr>
            <w:tcW w:w="3006" w:type="dxa"/>
            <w:tcBorders>
              <w:bottom w:val="single" w:sz="5" w:space="0" w:color="D9DDE3"/>
            </w:tcBorders>
            <w:shd w:val="clear" w:color="auto" w:fill="F8F9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0B63BC" w14:textId="77777777" w:rsidR="009551D7" w:rsidRDefault="00F851C3">
            <w:r>
              <w:rPr>
                <w:rFonts w:eastAsia="Calibri" w:cs="Calibri"/>
                <w:b/>
                <w:color w:val="1F2043"/>
                <w:sz w:val="18"/>
              </w:rPr>
              <w:t>Organisation address</w:t>
            </w:r>
          </w:p>
        </w:tc>
        <w:tc>
          <w:tcPr>
            <w:tcW w:w="7046" w:type="dxa"/>
            <w:tcBorders>
              <w:bottom w:val="single" w:sz="5" w:space="0" w:color="D9DDE3"/>
            </w:tcBorders>
            <w:shd w:val="clear" w:color="auto" w:fill="F4F9E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8FE085F" w14:textId="77777777" w:rsidR="009551D7" w:rsidRDefault="00F851C3">
            <w:r>
              <w:rPr>
                <w:rFonts w:eastAsia="Calibri" w:cs="Calibri"/>
                <w:i/>
                <w:color w:val="6B7280"/>
                <w:sz w:val="18"/>
              </w:rPr>
              <w:t>&lt;Address, postcode, city, country&gt;</w:t>
            </w:r>
          </w:p>
        </w:tc>
      </w:tr>
      <w:tr w:rsidR="009551D7" w14:paraId="78A73E9F" w14:textId="77777777" w:rsidTr="003B1C2D">
        <w:trPr>
          <w:jc w:val="center"/>
        </w:trPr>
        <w:tc>
          <w:tcPr>
            <w:tcW w:w="3006" w:type="dxa"/>
            <w:tcBorders>
              <w:bottom w:val="single" w:sz="5" w:space="0" w:color="D9DDE3"/>
            </w:tcBorders>
            <w:shd w:val="clear" w:color="auto" w:fill="F8F9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822FF5" w14:textId="77777777" w:rsidR="009551D7" w:rsidRDefault="00F851C3">
            <w:r>
              <w:rPr>
                <w:rFonts w:eastAsia="Calibri" w:cs="Calibri"/>
                <w:b/>
                <w:color w:val="1F2043"/>
                <w:sz w:val="18"/>
              </w:rPr>
              <w:t>Project acronym / short name</w:t>
            </w:r>
          </w:p>
        </w:tc>
        <w:tc>
          <w:tcPr>
            <w:tcW w:w="7046" w:type="dxa"/>
            <w:tcBorders>
              <w:bottom w:val="single" w:sz="5" w:space="0" w:color="D9DDE3"/>
            </w:tcBorders>
            <w:shd w:val="clear" w:color="auto" w:fill="F4F9E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7683B3" w14:textId="77777777" w:rsidR="009551D7" w:rsidRDefault="00F851C3">
            <w:r>
              <w:rPr>
                <w:rFonts w:eastAsia="Calibri" w:cs="Calibri"/>
                <w:i/>
                <w:color w:val="6B7280"/>
                <w:sz w:val="18"/>
              </w:rPr>
              <w:t>&lt;Acronym&gt;</w:t>
            </w:r>
          </w:p>
        </w:tc>
      </w:tr>
      <w:tr w:rsidR="009551D7" w14:paraId="0E06ED0D" w14:textId="77777777" w:rsidTr="003B1C2D">
        <w:trPr>
          <w:jc w:val="center"/>
        </w:trPr>
        <w:tc>
          <w:tcPr>
            <w:tcW w:w="3006" w:type="dxa"/>
            <w:tcBorders>
              <w:bottom w:val="single" w:sz="5" w:space="0" w:color="D9DDE3"/>
            </w:tcBorders>
            <w:shd w:val="clear" w:color="auto" w:fill="F8F9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1A4D60" w14:textId="77777777" w:rsidR="009551D7" w:rsidRDefault="00F851C3">
            <w:r>
              <w:rPr>
                <w:rFonts w:eastAsia="Calibri" w:cs="Calibri"/>
                <w:b/>
                <w:color w:val="1F2043"/>
                <w:sz w:val="18"/>
              </w:rPr>
              <w:t>Full project title</w:t>
            </w:r>
          </w:p>
        </w:tc>
        <w:tc>
          <w:tcPr>
            <w:tcW w:w="7046" w:type="dxa"/>
            <w:tcBorders>
              <w:bottom w:val="single" w:sz="5" w:space="0" w:color="D9DDE3"/>
            </w:tcBorders>
            <w:shd w:val="clear" w:color="auto" w:fill="F4F9E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3174034" w14:textId="77777777" w:rsidR="009551D7" w:rsidRDefault="00F851C3">
            <w:r>
              <w:rPr>
                <w:rFonts w:eastAsia="Calibri" w:cs="Calibri"/>
                <w:i/>
                <w:color w:val="6B7280"/>
                <w:sz w:val="18"/>
              </w:rPr>
              <w:t>&lt;Full project title&gt;</w:t>
            </w:r>
          </w:p>
        </w:tc>
      </w:tr>
      <w:tr w:rsidR="009551D7" w14:paraId="373991C3" w14:textId="77777777" w:rsidTr="003B1C2D">
        <w:trPr>
          <w:jc w:val="center"/>
        </w:trPr>
        <w:tc>
          <w:tcPr>
            <w:tcW w:w="3006" w:type="dxa"/>
            <w:tcBorders>
              <w:bottom w:val="single" w:sz="5" w:space="0" w:color="D9DDE3"/>
            </w:tcBorders>
            <w:shd w:val="clear" w:color="auto" w:fill="F8F9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C0BD40" w14:textId="77777777" w:rsidR="009551D7" w:rsidRDefault="00F851C3">
            <w:r>
              <w:rPr>
                <w:rFonts w:eastAsia="Calibri" w:cs="Calibri"/>
                <w:b/>
                <w:color w:val="1F2043"/>
                <w:sz w:val="18"/>
              </w:rPr>
              <w:t>Call</w:t>
            </w:r>
          </w:p>
        </w:tc>
        <w:tc>
          <w:tcPr>
            <w:tcW w:w="7046" w:type="dxa"/>
            <w:tcBorders>
              <w:bottom w:val="single" w:sz="5" w:space="0" w:color="D9DDE3"/>
            </w:tcBorders>
            <w:shd w:val="clear" w:color="auto" w:fill="F4F9E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F291C91" w14:textId="77777777" w:rsidR="009551D7" w:rsidRDefault="00F851C3">
            <w:r>
              <w:rPr>
                <w:rFonts w:eastAsia="Calibri" w:cs="Calibri"/>
                <w:i/>
                <w:color w:val="6B7280"/>
                <w:sz w:val="18"/>
              </w:rPr>
              <w:t>&lt;Call number&gt;</w:t>
            </w:r>
          </w:p>
        </w:tc>
      </w:tr>
      <w:tr w:rsidR="009551D7" w14:paraId="5B7D9FA7" w14:textId="77777777" w:rsidTr="003B1C2D">
        <w:trPr>
          <w:jc w:val="center"/>
        </w:trPr>
        <w:tc>
          <w:tcPr>
            <w:tcW w:w="3006" w:type="dxa"/>
            <w:tcBorders>
              <w:bottom w:val="single" w:sz="5" w:space="0" w:color="D9DDE3"/>
            </w:tcBorders>
            <w:shd w:val="clear" w:color="auto" w:fill="F8F9FB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699AA53" w14:textId="77777777" w:rsidR="009551D7" w:rsidRDefault="00F851C3">
            <w:r>
              <w:rPr>
                <w:rFonts w:eastAsia="Calibri" w:cs="Calibri"/>
                <w:b/>
                <w:color w:val="1F2043"/>
                <w:sz w:val="18"/>
              </w:rPr>
              <w:t>Date</w:t>
            </w:r>
          </w:p>
        </w:tc>
        <w:tc>
          <w:tcPr>
            <w:tcW w:w="7046" w:type="dxa"/>
            <w:tcBorders>
              <w:bottom w:val="single" w:sz="5" w:space="0" w:color="D9DDE3"/>
            </w:tcBorders>
            <w:shd w:val="clear" w:color="auto" w:fill="F4F9EF"/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280CBE" w14:textId="77777777" w:rsidR="009551D7" w:rsidRDefault="00F851C3">
            <w:r>
              <w:rPr>
                <w:rFonts w:eastAsia="Calibri" w:cs="Calibri"/>
                <w:i/>
                <w:color w:val="6B7280"/>
                <w:sz w:val="18"/>
              </w:rPr>
              <w:t>&lt;dd/mm/yyyy&gt;</w:t>
            </w:r>
          </w:p>
        </w:tc>
      </w:tr>
    </w:tbl>
    <w:p w14:paraId="7D62A035" w14:textId="77777777" w:rsidR="009551D7" w:rsidRDefault="00F851C3">
      <w:pPr>
        <w:spacing w:before="160" w:after="160" w:line="269" w:lineRule="auto"/>
      </w:pPr>
      <w:r>
        <w:rPr>
          <w:rFonts w:eastAsia="Calibri" w:cs="Calibri"/>
        </w:rPr>
        <w:t>The undersigned, representing the organisation identified above, intends to participate as a partner in the SMART project stated above, should the project be accepted by the SMART Cluster Board.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92"/>
      </w:tblGrid>
      <w:tr w:rsidR="009551D7" w14:paraId="2EE1B4E8" w14:textId="77777777">
        <w:tc>
          <w:tcPr>
            <w:tcW w:w="10092" w:type="dxa"/>
            <w:shd w:val="clear" w:color="auto" w:fill="1F2043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BA90997" w14:textId="77777777" w:rsidR="009551D7" w:rsidRDefault="00F851C3">
            <w:r>
              <w:rPr>
                <w:rFonts w:eastAsia="Calibri" w:cs="Calibri"/>
                <w:b/>
                <w:color w:val="FFFFFF"/>
                <w:sz w:val="19"/>
              </w:rPr>
              <w:t>Authorised signature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9"/>
        <w:gridCol w:w="2509"/>
        <w:gridCol w:w="2509"/>
        <w:gridCol w:w="2509"/>
      </w:tblGrid>
      <w:tr w:rsidR="009551D7" w14:paraId="50978244" w14:textId="77777777">
        <w:trPr>
          <w:jc w:val="center"/>
        </w:trPr>
        <w:tc>
          <w:tcPr>
            <w:tcW w:w="2509" w:type="dxa"/>
            <w:tcBorders>
              <w:bottom w:val="single" w:sz="5" w:space="0" w:color="D9DDE3"/>
            </w:tcBorders>
            <w:shd w:val="clear" w:color="auto" w:fill="F8F9FB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E5F3F6" w14:textId="77777777" w:rsidR="009551D7" w:rsidRDefault="00F851C3">
            <w:pPr>
              <w:jc w:val="center"/>
            </w:pPr>
            <w:r>
              <w:rPr>
                <w:rFonts w:eastAsia="Calibri" w:cs="Calibri"/>
                <w:b/>
                <w:color w:val="1F2043"/>
                <w:sz w:val="17"/>
              </w:rPr>
              <w:t>Name</w:t>
            </w:r>
          </w:p>
        </w:tc>
        <w:tc>
          <w:tcPr>
            <w:tcW w:w="2509" w:type="dxa"/>
            <w:tcBorders>
              <w:bottom w:val="single" w:sz="5" w:space="0" w:color="D9DDE3"/>
            </w:tcBorders>
            <w:shd w:val="clear" w:color="auto" w:fill="F8F9FB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CCE960" w14:textId="77777777" w:rsidR="009551D7" w:rsidRDefault="00F851C3">
            <w:pPr>
              <w:jc w:val="center"/>
            </w:pPr>
            <w:r>
              <w:rPr>
                <w:rFonts w:eastAsia="Calibri" w:cs="Calibri"/>
                <w:b/>
                <w:color w:val="1F2043"/>
                <w:sz w:val="17"/>
              </w:rPr>
              <w:t>Title / position</w:t>
            </w:r>
          </w:p>
        </w:tc>
        <w:tc>
          <w:tcPr>
            <w:tcW w:w="2509" w:type="dxa"/>
            <w:tcBorders>
              <w:bottom w:val="single" w:sz="5" w:space="0" w:color="D9DDE3"/>
            </w:tcBorders>
            <w:shd w:val="clear" w:color="auto" w:fill="F8F9FB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21ECE2" w14:textId="77777777" w:rsidR="009551D7" w:rsidRDefault="00F851C3">
            <w:pPr>
              <w:jc w:val="center"/>
            </w:pPr>
            <w:r>
              <w:rPr>
                <w:rFonts w:eastAsia="Calibri" w:cs="Calibri"/>
                <w:b/>
                <w:color w:val="1F2043"/>
                <w:sz w:val="17"/>
              </w:rPr>
              <w:t>Date</w:t>
            </w:r>
          </w:p>
        </w:tc>
        <w:tc>
          <w:tcPr>
            <w:tcW w:w="2509" w:type="dxa"/>
            <w:tcBorders>
              <w:bottom w:val="single" w:sz="5" w:space="0" w:color="D9DDE3"/>
            </w:tcBorders>
            <w:shd w:val="clear" w:color="auto" w:fill="F8F9FB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8947E1" w14:textId="77777777" w:rsidR="009551D7" w:rsidRDefault="00F851C3">
            <w:pPr>
              <w:jc w:val="center"/>
            </w:pPr>
            <w:r>
              <w:rPr>
                <w:rFonts w:eastAsia="Calibri" w:cs="Calibri"/>
                <w:b/>
                <w:color w:val="1F2043"/>
                <w:sz w:val="17"/>
              </w:rPr>
              <w:t>Signature (electronic preferred)</w:t>
            </w:r>
          </w:p>
        </w:tc>
      </w:tr>
      <w:tr w:rsidR="009551D7" w14:paraId="70435E91" w14:textId="77777777">
        <w:trPr>
          <w:jc w:val="center"/>
        </w:trPr>
        <w:tc>
          <w:tcPr>
            <w:tcW w:w="2509" w:type="dxa"/>
            <w:tcBorders>
              <w:bottom w:val="single" w:sz="5" w:space="0" w:color="D9DDE3"/>
            </w:tcBorders>
            <w:shd w:val="clear" w:color="auto" w:fill="F4F9EF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5F6D4A89" w14:textId="77777777" w:rsidR="009551D7" w:rsidRDefault="00F851C3">
            <w:pPr>
              <w:jc w:val="center"/>
            </w:pPr>
            <w:r>
              <w:rPr>
                <w:rFonts w:eastAsia="Calibri" w:cs="Calibri"/>
                <w:i/>
                <w:color w:val="6B7280"/>
                <w:sz w:val="17"/>
              </w:rPr>
              <w:t>&lt;Name&gt;</w:t>
            </w:r>
          </w:p>
        </w:tc>
        <w:tc>
          <w:tcPr>
            <w:tcW w:w="2509" w:type="dxa"/>
            <w:tcBorders>
              <w:bottom w:val="single" w:sz="5" w:space="0" w:color="D9DDE3"/>
            </w:tcBorders>
            <w:shd w:val="clear" w:color="auto" w:fill="F4F9EF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7ED14FD1" w14:textId="77777777" w:rsidR="009551D7" w:rsidRDefault="00F851C3">
            <w:pPr>
              <w:jc w:val="center"/>
            </w:pPr>
            <w:r>
              <w:rPr>
                <w:rFonts w:eastAsia="Calibri" w:cs="Calibri"/>
                <w:i/>
                <w:color w:val="6B7280"/>
                <w:sz w:val="17"/>
              </w:rPr>
              <w:t>&lt;Title&gt;</w:t>
            </w:r>
          </w:p>
        </w:tc>
        <w:tc>
          <w:tcPr>
            <w:tcW w:w="2509" w:type="dxa"/>
            <w:tcBorders>
              <w:bottom w:val="single" w:sz="5" w:space="0" w:color="D9DDE3"/>
            </w:tcBorders>
            <w:shd w:val="clear" w:color="auto" w:fill="F4F9EF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3EF01444" w14:textId="77777777" w:rsidR="009551D7" w:rsidRDefault="00F851C3">
            <w:pPr>
              <w:jc w:val="center"/>
            </w:pPr>
            <w:r>
              <w:rPr>
                <w:rFonts w:eastAsia="Calibri" w:cs="Calibri"/>
                <w:i/>
                <w:color w:val="6B7280"/>
                <w:sz w:val="17"/>
              </w:rPr>
              <w:t>&lt;dd/mm/yyyy&gt;</w:t>
            </w:r>
          </w:p>
        </w:tc>
        <w:tc>
          <w:tcPr>
            <w:tcW w:w="2509" w:type="dxa"/>
            <w:tcBorders>
              <w:bottom w:val="single" w:sz="5" w:space="0" w:color="D9DDE3"/>
            </w:tcBorders>
            <w:shd w:val="clear" w:color="auto" w:fill="F4F9EF"/>
            <w:tcMar>
              <w:top w:w="180" w:type="dxa"/>
              <w:left w:w="80" w:type="dxa"/>
              <w:bottom w:w="180" w:type="dxa"/>
              <w:right w:w="80" w:type="dxa"/>
            </w:tcMar>
          </w:tcPr>
          <w:p w14:paraId="1B463A9D" w14:textId="77777777" w:rsidR="009551D7" w:rsidRDefault="00F851C3">
            <w:pPr>
              <w:jc w:val="center"/>
            </w:pPr>
            <w:r>
              <w:rPr>
                <w:rFonts w:eastAsia="Calibri" w:cs="Calibri"/>
                <w:i/>
                <w:color w:val="6B7280"/>
                <w:sz w:val="17"/>
              </w:rPr>
              <w:t>&lt;Authorised signature&gt;</w:t>
            </w:r>
          </w:p>
        </w:tc>
      </w:tr>
    </w:tbl>
    <w:p w14:paraId="638FD018" w14:textId="77777777" w:rsidR="00F851C3" w:rsidRDefault="00F851C3"/>
    <w:sectPr w:rsidR="00F851C3" w:rsidSect="00034616">
      <w:headerReference w:type="default" r:id="rId8"/>
      <w:footerReference w:type="default" r:id="rId9"/>
      <w:pgSz w:w="11906" w:h="16838"/>
      <w:pgMar w:top="794" w:right="907" w:bottom="709" w:left="907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64DD6" w14:textId="77777777" w:rsidR="00F851C3" w:rsidRDefault="00F851C3">
      <w:pPr>
        <w:spacing w:after="0" w:line="240" w:lineRule="auto"/>
      </w:pPr>
      <w:r>
        <w:separator/>
      </w:r>
    </w:p>
  </w:endnote>
  <w:endnote w:type="continuationSeparator" w:id="0">
    <w:p w14:paraId="0F3A88DD" w14:textId="77777777" w:rsidR="00F851C3" w:rsidRDefault="00F85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DC4C3" w14:textId="77777777" w:rsidR="009551D7" w:rsidRDefault="009551D7">
    <w:pPr>
      <w:pStyle w:val="Piedepgina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364"/>
      <w:gridCol w:w="3364"/>
      <w:gridCol w:w="3364"/>
    </w:tblGrid>
    <w:tr w:rsidR="009551D7" w14:paraId="5BE5DC4C" w14:textId="77777777">
      <w:trPr>
        <w:jc w:val="center"/>
      </w:trPr>
      <w:tc>
        <w:tcPr>
          <w:tcW w:w="3364" w:type="dxa"/>
          <w:tcBorders>
            <w:top w:val="single" w:sz="8" w:space="0" w:color="1F2043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7DF228DB" w14:textId="77777777" w:rsidR="009551D7" w:rsidRDefault="00F851C3">
          <w:r>
            <w:rPr>
              <w:rFonts w:eastAsia="Calibri" w:cs="Calibri"/>
              <w:color w:val="6B7280"/>
              <w:sz w:val="16"/>
            </w:rPr>
            <w:t>SMART EUREKA Cluster</w:t>
          </w:r>
        </w:p>
      </w:tc>
      <w:tc>
        <w:tcPr>
          <w:tcW w:w="3364" w:type="dxa"/>
          <w:tcBorders>
            <w:top w:val="single" w:sz="8" w:space="0" w:color="1F2043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4E16465B" w14:textId="77777777" w:rsidR="009551D7" w:rsidRDefault="00F851C3">
          <w:pPr>
            <w:jc w:val="center"/>
          </w:pPr>
          <w:r>
            <w:rPr>
              <w:rFonts w:eastAsia="Calibri" w:cs="Calibri"/>
              <w:color w:val="6B7280"/>
              <w:sz w:val="16"/>
            </w:rPr>
            <w:t>Template</w:t>
          </w:r>
        </w:p>
      </w:tc>
      <w:tc>
        <w:tcPr>
          <w:tcW w:w="3364" w:type="dxa"/>
          <w:tcBorders>
            <w:top w:val="single" w:sz="8" w:space="0" w:color="1F2043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4795E102" w14:textId="77777777" w:rsidR="009551D7" w:rsidRDefault="00F851C3">
          <w:pPr>
            <w:jc w:val="right"/>
          </w:pPr>
          <w:r>
            <w:rPr>
              <w:rFonts w:eastAsia="Calibri" w:cs="Calibri"/>
              <w:color w:val="6B7280"/>
              <w:sz w:val="16"/>
            </w:rPr>
            <w:fldChar w:fldCharType="begin"/>
          </w:r>
          <w:r>
            <w:rPr>
              <w:rFonts w:eastAsia="Calibri" w:cs="Calibri"/>
              <w:color w:val="6B7280"/>
              <w:sz w:val="16"/>
            </w:rPr>
            <w:instrText xml:space="preserve"> PAGE </w:instrText>
          </w:r>
          <w:r w:rsidR="008B41F9">
            <w:rPr>
              <w:rFonts w:eastAsia="Calibri" w:cs="Calibri"/>
              <w:color w:val="6B7280"/>
              <w:sz w:val="16"/>
            </w:rPr>
            <w:fldChar w:fldCharType="separate"/>
          </w:r>
          <w:r w:rsidR="008B41F9">
            <w:rPr>
              <w:rFonts w:eastAsia="Calibri" w:cs="Calibri"/>
              <w:noProof/>
              <w:color w:val="6B7280"/>
              <w:sz w:val="16"/>
            </w:rPr>
            <w:t>1</w:t>
          </w:r>
          <w:r>
            <w:rPr>
              <w:rFonts w:eastAsia="Calibri" w:cs="Calibri"/>
              <w:color w:val="6B7280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34676" w14:textId="77777777" w:rsidR="00F851C3" w:rsidRDefault="00F851C3">
      <w:pPr>
        <w:spacing w:after="0" w:line="240" w:lineRule="auto"/>
      </w:pPr>
      <w:r>
        <w:separator/>
      </w:r>
    </w:p>
  </w:footnote>
  <w:footnote w:type="continuationSeparator" w:id="0">
    <w:p w14:paraId="7611156E" w14:textId="77777777" w:rsidR="00F851C3" w:rsidRDefault="00F85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47D84" w14:textId="77777777" w:rsidR="009551D7" w:rsidRDefault="009551D7">
    <w:pPr>
      <w:pStyle w:val="Encabezado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46"/>
      <w:gridCol w:w="5046"/>
    </w:tblGrid>
    <w:tr w:rsidR="009551D7" w14:paraId="6B81E8AA" w14:textId="77777777">
      <w:trPr>
        <w:jc w:val="center"/>
      </w:trPr>
      <w:tc>
        <w:tcPr>
          <w:tcW w:w="5046" w:type="dxa"/>
          <w:tcBorders>
            <w:bottom w:val="single" w:sz="10" w:space="0" w:color="75B743"/>
          </w:tcBorders>
          <w:tcMar>
            <w:top w:w="0" w:type="dxa"/>
            <w:left w:w="0" w:type="dxa"/>
            <w:bottom w:w="35" w:type="dxa"/>
            <w:right w:w="0" w:type="dxa"/>
          </w:tcMar>
        </w:tcPr>
        <w:p w14:paraId="3920253E" w14:textId="77777777" w:rsidR="009551D7" w:rsidRDefault="00F851C3">
          <w:r>
            <w:rPr>
              <w:noProof/>
            </w:rPr>
            <w:drawing>
              <wp:inline distT="0" distB="0" distL="0" distR="0" wp14:anchorId="580C91C3" wp14:editId="7540D448">
                <wp:extent cx="1080000" cy="311131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mart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3111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6" w:type="dxa"/>
          <w:tcBorders>
            <w:bottom w:val="single" w:sz="10" w:space="0" w:color="75B743"/>
          </w:tcBorders>
          <w:tcMar>
            <w:top w:w="0" w:type="dxa"/>
            <w:left w:w="0" w:type="dxa"/>
            <w:bottom w:w="35" w:type="dxa"/>
            <w:right w:w="0" w:type="dxa"/>
          </w:tcMar>
        </w:tcPr>
        <w:p w14:paraId="214191C5" w14:textId="77777777" w:rsidR="009551D7" w:rsidRDefault="00F851C3">
          <w:pPr>
            <w:jc w:val="right"/>
          </w:pPr>
          <w:r>
            <w:rPr>
              <w:rFonts w:eastAsia="Calibri" w:cs="Calibri"/>
              <w:b/>
              <w:color w:val="1F2043"/>
              <w:sz w:val="17"/>
            </w:rPr>
            <w:t>LETTER OF INTENT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0170194">
    <w:abstractNumId w:val="8"/>
  </w:num>
  <w:num w:numId="2" w16cid:durableId="738358737">
    <w:abstractNumId w:val="6"/>
  </w:num>
  <w:num w:numId="3" w16cid:durableId="1193498365">
    <w:abstractNumId w:val="5"/>
  </w:num>
  <w:num w:numId="4" w16cid:durableId="1264845743">
    <w:abstractNumId w:val="4"/>
  </w:num>
  <w:num w:numId="5" w16cid:durableId="1131678305">
    <w:abstractNumId w:val="7"/>
  </w:num>
  <w:num w:numId="6" w16cid:durableId="1872376609">
    <w:abstractNumId w:val="3"/>
  </w:num>
  <w:num w:numId="7" w16cid:durableId="1865049765">
    <w:abstractNumId w:val="2"/>
  </w:num>
  <w:num w:numId="8" w16cid:durableId="1312098588">
    <w:abstractNumId w:val="1"/>
  </w:num>
  <w:num w:numId="9" w16cid:durableId="415521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B4E"/>
    <w:rsid w:val="00034616"/>
    <w:rsid w:val="0006063C"/>
    <w:rsid w:val="0015074B"/>
    <w:rsid w:val="0029639D"/>
    <w:rsid w:val="00326F90"/>
    <w:rsid w:val="003B1C2D"/>
    <w:rsid w:val="008B41F9"/>
    <w:rsid w:val="009551D7"/>
    <w:rsid w:val="00AA1D8D"/>
    <w:rsid w:val="00B47730"/>
    <w:rsid w:val="00CB0664"/>
    <w:rsid w:val="00F851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1D921F"/>
  <w14:defaultImageDpi w14:val="300"/>
  <w15:docId w15:val="{486BEC6E-0141-494E-9BB9-491BAC3D3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libri" w:hAnsi="Calibri"/>
      <w:color w:val="222222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2043"/>
      <w:sz w:val="30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2043"/>
      <w:sz w:val="23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5B743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2043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Aritz Arteche</cp:lastModifiedBy>
  <cp:revision>3</cp:revision>
  <dcterms:created xsi:type="dcterms:W3CDTF">2013-12-23T23:15:00Z</dcterms:created>
  <dcterms:modified xsi:type="dcterms:W3CDTF">2026-08-28T10:48:00Z</dcterms:modified>
  <cp:category/>
</cp:coreProperties>
</file>