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B2DC3" w14:textId="77777777" w:rsidR="00A05E27" w:rsidRDefault="00AA07DE">
      <w:pPr>
        <w:keepNext/>
        <w:pBdr>
          <w:bottom w:val="single" w:sz="12" w:space="1" w:color="75B743"/>
        </w:pBdr>
        <w:spacing w:after="80"/>
      </w:pPr>
      <w:r>
        <w:rPr>
          <w:rFonts w:eastAsia="Calibri" w:cs="Calibri"/>
          <w:b/>
          <w:color w:val="1F2043"/>
          <w:sz w:val="32"/>
        </w:rPr>
        <w:t>Form C — Participant Profile</w:t>
      </w:r>
    </w:p>
    <w:p w14:paraId="4067781E" w14:textId="77777777" w:rsidR="00A05E27" w:rsidRDefault="00AA07DE">
      <w:pPr>
        <w:spacing w:after="160"/>
      </w:pPr>
      <w:r>
        <w:rPr>
          <w:rFonts w:eastAsia="Calibri" w:cs="Calibri"/>
          <w:i/>
          <w:color w:val="6B7280"/>
          <w:sz w:val="19"/>
        </w:rPr>
        <w:t>Supporting participant information for SMART Full Project Proposal submissions</w:t>
      </w:r>
    </w:p>
    <w:tbl>
      <w:tblPr>
        <w:tblW w:w="0" w:type="auto"/>
        <w:jc w:val="center"/>
        <w:tblLook w:val="04A0" w:firstRow="1" w:lastRow="0" w:firstColumn="1" w:lastColumn="0" w:noHBand="0" w:noVBand="1"/>
      </w:tblPr>
      <w:tblGrid>
        <w:gridCol w:w="10092"/>
      </w:tblGrid>
      <w:tr w:rsidR="00A05E27" w14:paraId="00023858" w14:textId="77777777">
        <w:trPr>
          <w:jc w:val="center"/>
        </w:trPr>
        <w:tc>
          <w:tcPr>
            <w:tcW w:w="10092" w:type="dxa"/>
            <w:shd w:val="clear" w:color="auto" w:fill="1F2043"/>
            <w:tcMar>
              <w:top w:w="70" w:type="dxa"/>
              <w:left w:w="90" w:type="dxa"/>
              <w:bottom w:w="70" w:type="dxa"/>
              <w:right w:w="90" w:type="dxa"/>
            </w:tcMar>
          </w:tcPr>
          <w:p w14:paraId="5C77EE6A" w14:textId="77777777" w:rsidR="00A05E27" w:rsidRDefault="00AA07DE">
            <w:pPr>
              <w:jc w:val="center"/>
            </w:pPr>
            <w:r>
              <w:rPr>
                <w:rFonts w:eastAsia="Calibri" w:cs="Calibri"/>
                <w:b/>
                <w:color w:val="FFFFFF"/>
                <w:sz w:val="18"/>
              </w:rPr>
              <w:t>TEMPLATE</w:t>
            </w:r>
          </w:p>
        </w:tc>
      </w:tr>
    </w:tbl>
    <w:p w14:paraId="703847A8" w14:textId="77777777" w:rsidR="00A05E27" w:rsidRDefault="00A05E27">
      <w:pPr>
        <w:spacing w:after="40"/>
      </w:pPr>
    </w:p>
    <w:tbl>
      <w:tblPr>
        <w:tblW w:w="0" w:type="auto"/>
        <w:jc w:val="center"/>
        <w:tblLook w:val="04A0" w:firstRow="1" w:lastRow="0" w:firstColumn="1" w:lastColumn="0" w:noHBand="0" w:noVBand="1"/>
      </w:tblPr>
      <w:tblGrid>
        <w:gridCol w:w="10092"/>
      </w:tblGrid>
      <w:tr w:rsidR="00A05E27" w14:paraId="344972D2" w14:textId="77777777">
        <w:trPr>
          <w:jc w:val="center"/>
        </w:trPr>
        <w:tc>
          <w:tcPr>
            <w:tcW w:w="10092" w:type="dxa"/>
            <w:tcBorders>
              <w:top w:val="single" w:sz="10" w:space="0" w:color="75B743"/>
              <w:left w:val="single" w:sz="10" w:space="0" w:color="75B743"/>
              <w:bottom w:val="single" w:sz="10" w:space="0" w:color="75B743"/>
              <w:right w:val="single" w:sz="10" w:space="0" w:color="75B743"/>
            </w:tcBorders>
            <w:shd w:val="clear" w:color="auto" w:fill="F4F9EF"/>
            <w:tcMar>
              <w:top w:w="90" w:type="dxa"/>
              <w:left w:w="120" w:type="dxa"/>
              <w:bottom w:w="90" w:type="dxa"/>
              <w:right w:w="120" w:type="dxa"/>
            </w:tcMar>
          </w:tcPr>
          <w:p w14:paraId="3A21E102" w14:textId="77777777" w:rsidR="00A05E27" w:rsidRDefault="00AA07DE">
            <w:pPr>
              <w:spacing w:after="20" w:line="240" w:lineRule="auto"/>
            </w:pPr>
            <w:r>
              <w:rPr>
                <w:b/>
                <w:i/>
                <w:color w:val="4E7F24"/>
              </w:rPr>
              <w:t>Submission note</w:t>
            </w:r>
          </w:p>
          <w:p w14:paraId="40C1DD6C" w14:textId="77777777" w:rsidR="00A05E27" w:rsidRDefault="00AA07DE">
            <w:pPr>
              <w:spacing w:after="0" w:line="240" w:lineRule="auto"/>
            </w:pPr>
            <w:r>
              <w:rPr>
                <w:sz w:val="18"/>
              </w:rPr>
              <w:t>• Mandatory at FPP stage for every participant. Sign by an authorised representative (electronic signature preferred) and upload to the Cluster Projects Tool. No postal submission.</w:t>
            </w:r>
          </w:p>
          <w:p w14:paraId="68584DF3" w14:textId="77777777" w:rsidR="00A05E27" w:rsidRDefault="00AA07DE">
            <w:pPr>
              <w:spacing w:after="0" w:line="240" w:lineRule="auto"/>
            </w:pPr>
            <w:r>
              <w:rPr>
                <w:sz w:val="18"/>
              </w:rPr>
              <w:t>• Insert the company logo in the field provided in this form.</w:t>
            </w:r>
          </w:p>
          <w:p w14:paraId="1EB35BB1" w14:textId="77777777" w:rsidR="00A05E27" w:rsidRDefault="00AA07DE">
            <w:pPr>
              <w:spacing w:after="0" w:line="240" w:lineRule="auto"/>
            </w:pPr>
            <w:r>
              <w:rPr>
                <w:sz w:val="18"/>
              </w:rPr>
              <w:t>• Legal and contact data must match the Cluster Projects Tool and FPP submission package.</w:t>
            </w:r>
          </w:p>
          <w:p w14:paraId="61D144CE" w14:textId="5DDACDCB" w:rsidR="00A05E27" w:rsidRDefault="00AA07DE">
            <w:pPr>
              <w:spacing w:after="0" w:line="240" w:lineRule="auto"/>
            </w:pPr>
            <w:r>
              <w:rPr>
                <w:sz w:val="18"/>
              </w:rPr>
              <w:t>• Codes: I = Industry / Large Company; S = SME (Small and Medium-sized Enterprise); U = University; R = Research Institute; C = Coordinator; P = Partner; SC = Subcontractor.</w:t>
            </w:r>
            <w:r w:rsidR="00A12F4B">
              <w:rPr>
                <w:sz w:val="18"/>
              </w:rPr>
            </w:r>
            <w:r>
              <w:rPr>
                <w:sz w:val="18"/>
              </w:rPr>
            </w:r>
          </w:p>
        </w:tc>
      </w:tr>
    </w:tbl>
    <w:p w14:paraId="00C6AFEB" w14:textId="77777777" w:rsidR="00A05E27" w:rsidRDefault="00A05E27">
      <w:pPr>
        <w:spacing w:after="20"/>
      </w:pPr>
    </w:p>
    <w:tbl>
      <w:tblPr>
        <w:tblW w:w="0" w:type="auto"/>
        <w:tblLook w:val="04A0" w:firstRow="1" w:lastRow="0" w:firstColumn="1" w:lastColumn="0" w:noHBand="0" w:noVBand="1"/>
      </w:tblPr>
      <w:tblGrid>
        <w:gridCol w:w="10092"/>
      </w:tblGrid>
      <w:tr w:rsidR="00A05E27" w14:paraId="758C339B" w14:textId="77777777">
        <w:tc>
          <w:tcPr>
            <w:tcW w:w="10092" w:type="dxa"/>
            <w:shd w:val="clear" w:color="auto" w:fill="1F2043"/>
            <w:tcMar>
              <w:top w:w="65" w:type="dxa"/>
              <w:left w:w="100" w:type="dxa"/>
              <w:bottom w:w="65" w:type="dxa"/>
              <w:right w:w="100" w:type="dxa"/>
            </w:tcMar>
          </w:tcPr>
          <w:p w14:paraId="615784BD" w14:textId="77777777" w:rsidR="00A05E27" w:rsidRDefault="00AA07DE">
            <w:r>
              <w:rPr>
                <w:rFonts w:eastAsia="Calibri" w:cs="Calibri"/>
                <w:b/>
                <w:color w:val="FFFFFF"/>
                <w:sz w:val="19"/>
              </w:rPr>
              <w:t>Project identification</w:t>
            </w:r>
          </w:p>
        </w:tc>
      </w:tr>
    </w:tbl>
    <w:tbl>
      <w:tblPr>
        <w:tblW w:w="0" w:type="auto"/>
        <w:jc w:val="center"/>
        <w:tblLayout w:type="fixed"/>
        <w:tblLook w:val="04A0" w:firstRow="1" w:lastRow="0" w:firstColumn="1" w:lastColumn="0" w:noHBand="0" w:noVBand="1"/>
      </w:tblPr>
      <w:tblGrid>
        <w:gridCol w:w="2948"/>
        <w:gridCol w:w="7087"/>
      </w:tblGrid>
      <w:tr w:rsidR="00A05E27" w14:paraId="15ECCAD2" w14:textId="77777777">
        <w:trPr>
          <w:jc w:val="center"/>
        </w:trPr>
        <w:tc>
          <w:tcPr>
            <w:tcW w:w="2948" w:type="dxa"/>
            <w:tcBorders>
              <w:bottom w:val="single" w:sz="5" w:space="0" w:color="D9DDE3"/>
            </w:tcBorders>
            <w:shd w:val="clear" w:color="auto" w:fill="F8F9FB"/>
            <w:tcMar>
              <w:top w:w="75" w:type="dxa"/>
              <w:left w:w="90" w:type="dxa"/>
              <w:bottom w:w="75" w:type="dxa"/>
              <w:right w:w="90" w:type="dxa"/>
            </w:tcMar>
            <w:vAlign w:val="center"/>
          </w:tcPr>
          <w:p w14:paraId="1EA4AAA9" w14:textId="77777777" w:rsidR="00A05E27" w:rsidRDefault="00AA07DE">
            <w:r>
              <w:rPr>
                <w:rFonts w:eastAsia="Calibri" w:cs="Calibri"/>
                <w:b/>
                <w:color w:val="1F2043"/>
                <w:sz w:val="17"/>
              </w:rPr>
              <w:t>Project acronym / full title</w:t>
            </w:r>
          </w:p>
        </w:tc>
        <w:tc>
          <w:tcPr>
            <w:tcW w:w="7087" w:type="dxa"/>
            <w:tcBorders>
              <w:bottom w:val="single" w:sz="5" w:space="0" w:color="D9DDE3"/>
            </w:tcBorders>
            <w:shd w:val="clear" w:color="auto" w:fill="F4F9EF"/>
            <w:tcMar>
              <w:top w:w="75" w:type="dxa"/>
              <w:left w:w="90" w:type="dxa"/>
              <w:bottom w:w="75" w:type="dxa"/>
              <w:right w:w="90" w:type="dxa"/>
            </w:tcMar>
            <w:vAlign w:val="center"/>
          </w:tcPr>
          <w:p w14:paraId="2E33D7DB" w14:textId="77777777" w:rsidR="00A05E27" w:rsidRDefault="00AA07DE">
            <w:r>
              <w:rPr>
                <w:rFonts w:eastAsia="Calibri" w:cs="Calibri"/>
                <w:i/>
                <w:color w:val="6B7280"/>
                <w:sz w:val="17"/>
              </w:rPr>
              <w:t>&lt;Project acronym / full title&gt;</w:t>
            </w:r>
          </w:p>
        </w:tc>
      </w:tr>
      <w:tr w:rsidR="00A05E27" w14:paraId="4F75478E" w14:textId="77777777">
        <w:trPr>
          <w:jc w:val="center"/>
        </w:trPr>
        <w:tc>
          <w:tcPr>
            <w:tcW w:w="2948" w:type="dxa"/>
            <w:tcBorders>
              <w:bottom w:val="single" w:sz="5" w:space="0" w:color="D9DDE3"/>
            </w:tcBorders>
            <w:shd w:val="clear" w:color="auto" w:fill="F8F9FB"/>
            <w:tcMar>
              <w:top w:w="75" w:type="dxa"/>
              <w:left w:w="90" w:type="dxa"/>
              <w:bottom w:w="75" w:type="dxa"/>
              <w:right w:w="90" w:type="dxa"/>
            </w:tcMar>
            <w:vAlign w:val="center"/>
          </w:tcPr>
          <w:p w14:paraId="382DA119" w14:textId="77777777" w:rsidR="00A05E27" w:rsidRDefault="00AA07DE">
            <w:r>
              <w:rPr>
                <w:rFonts w:eastAsia="Calibri" w:cs="Calibri"/>
                <w:b/>
                <w:color w:val="1F2043"/>
                <w:sz w:val="17"/>
              </w:rPr>
              <w:t>Call</w:t>
            </w:r>
          </w:p>
        </w:tc>
        <w:tc>
          <w:tcPr>
            <w:tcW w:w="7087" w:type="dxa"/>
            <w:tcBorders>
              <w:bottom w:val="single" w:sz="5" w:space="0" w:color="D9DDE3"/>
            </w:tcBorders>
            <w:shd w:val="clear" w:color="auto" w:fill="F4F9EF"/>
            <w:tcMar>
              <w:top w:w="75" w:type="dxa"/>
              <w:left w:w="90" w:type="dxa"/>
              <w:bottom w:w="75" w:type="dxa"/>
              <w:right w:w="90" w:type="dxa"/>
            </w:tcMar>
            <w:vAlign w:val="center"/>
          </w:tcPr>
          <w:p w14:paraId="498A0882" w14:textId="77777777" w:rsidR="00A05E27" w:rsidRDefault="00AA07DE">
            <w:r>
              <w:rPr>
                <w:rFonts w:eastAsia="Calibri" w:cs="Calibri"/>
                <w:i/>
                <w:color w:val="6B7280"/>
                <w:sz w:val="17"/>
              </w:rPr>
              <w:t>&lt;Call number&gt;</w:t>
            </w:r>
          </w:p>
        </w:tc>
      </w:tr>
    </w:tbl>
    <w:tbl>
      <w:tblPr>
        <w:tblW w:w="0" w:type="auto"/>
        <w:tblLook w:val="04A0" w:firstRow="1" w:lastRow="0" w:firstColumn="1" w:lastColumn="0" w:noHBand="0" w:noVBand="1"/>
      </w:tblPr>
      <w:tblGrid>
        <w:gridCol w:w="10092"/>
      </w:tblGrid>
      <w:tr w:rsidR="00A05E27" w14:paraId="7A27F4E9" w14:textId="77777777">
        <w:tc>
          <w:tcPr>
            <w:tcW w:w="10092" w:type="dxa"/>
            <w:shd w:val="clear" w:color="auto" w:fill="1F2043"/>
            <w:tcMar>
              <w:top w:w="65" w:type="dxa"/>
              <w:left w:w="100" w:type="dxa"/>
              <w:bottom w:w="65" w:type="dxa"/>
              <w:right w:w="100" w:type="dxa"/>
            </w:tcMar>
          </w:tcPr>
          <w:p w14:paraId="6146F4BE" w14:textId="77777777" w:rsidR="00A05E27" w:rsidRDefault="00AA07DE">
            <w:r>
              <w:rPr>
                <w:rFonts w:eastAsia="Calibri" w:cs="Calibri"/>
                <w:b/>
                <w:color w:val="FFFFFF"/>
                <w:sz w:val="19"/>
              </w:rPr>
              <w:t>Legal information on participating organisation</w:t>
            </w:r>
          </w:p>
        </w:tc>
      </w:tr>
    </w:tbl>
    <w:tbl>
      <w:tblPr>
        <w:tblW w:w="0" w:type="auto"/>
        <w:jc w:val="center"/>
        <w:tblLayout w:type="fixed"/>
        <w:tblLook w:val="04A0" w:firstRow="1" w:lastRow="0" w:firstColumn="1" w:lastColumn="0" w:noHBand="0" w:noVBand="1"/>
      </w:tblPr>
      <w:tblGrid>
        <w:gridCol w:w="1757"/>
        <w:gridCol w:w="3231"/>
        <w:gridCol w:w="1757"/>
        <w:gridCol w:w="3288"/>
      </w:tblGrid>
      <w:tr w:rsidR="00A05E27" w14:paraId="5A79001C"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69EB9151" w14:textId="77777777" w:rsidR="00A05E27" w:rsidRDefault="00AA07DE">
            <w:pPr>
              <w:spacing w:after="0" w:line="240" w:lineRule="auto"/>
            </w:pPr>
            <w:r>
              <w:rPr>
                <w:rFonts w:eastAsia="Calibri" w:cs="Calibri"/>
                <w:b/>
                <w:color w:val="1F2043"/>
                <w:sz w:val="17"/>
              </w:rPr>
              <w:t>Short name</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0D32C83D" w14:textId="77777777" w:rsidR="00A05E27" w:rsidRDefault="00AA07DE">
            <w:pPr>
              <w:spacing w:after="0" w:line="240" w:lineRule="auto"/>
            </w:pPr>
            <w:r>
              <w:rPr>
                <w:rFonts w:eastAsia="Calibri" w:cs="Calibri"/>
                <w:i/>
                <w:color w:val="6F7A89"/>
                <w:sz w:val="17"/>
              </w:rPr>
              <w:t>&lt;Short name&gt;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703890A4" w14:textId="77777777" w:rsidR="00A05E27" w:rsidRDefault="00AA07DE">
            <w:pPr>
              <w:spacing w:after="0" w:line="240" w:lineRule="auto"/>
            </w:pPr>
            <w:r>
              <w:rPr>
                <w:rFonts w:eastAsia="Calibri" w:cs="Calibri"/>
                <w:b/>
                <w:color w:val="1F2043"/>
                <w:sz w:val="17"/>
              </w:rPr>
              <w:t>Type</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4511E488" w14:textId="13ECAA47" w:rsidR="00A05E27" w:rsidRDefault="00AA07DE">
            <w:pPr>
              <w:spacing w:after="0" w:line="240" w:lineRule="auto"/>
            </w:pPr>
            <w:r>
              <w:rPr>
                <w:rFonts w:eastAsia="Calibri" w:cs="Calibri"/>
                <w:i/>
                <w:color w:val="6F7A89"/>
                <w:sz w:val="17"/>
              </w:rPr>
              <w:t>&lt;I / S / U / R&gt;</w:t>
            </w:r>
            <w:r w:rsidRPr="00A12F4B">
              <w:rPr>
                <w:rFonts w:eastAsia="Calibri" w:cs="Calibri"/>
                <w:i/>
                <w:color w:val="EE0000"/>
                <w:sz w:val="17"/>
              </w:rPr>
            </w:r>
            <w:r w:rsidR="00A12F4B" w:rsidRPr="00A12F4B">
              <w:rPr>
                <w:rFonts w:eastAsia="Calibri" w:cs="Calibri"/>
                <w:i/>
                <w:color w:val="EE0000"/>
                <w:sz w:val="17"/>
              </w:rPr>
            </w:r>
            <w:r>
              <w:rPr>
                <w:rFonts w:eastAsia="Calibri" w:cs="Calibri"/>
                <w:i/>
                <w:color w:val="6F7A89"/>
                <w:sz w:val="17"/>
              </w:rPr>
            </w:r>
          </w:p>
        </w:tc>
      </w:tr>
      <w:tr w:rsidR="00A05E27" w14:paraId="3008F51F"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6F060FAE" w14:textId="77777777" w:rsidR="00A05E27" w:rsidRDefault="00AA07DE">
            <w:pPr>
              <w:spacing w:after="0" w:line="240" w:lineRule="auto"/>
            </w:pPr>
            <w:r>
              <w:rPr>
                <w:rFonts w:eastAsia="Calibri" w:cs="Calibri"/>
                <w:b/>
                <w:color w:val="1F2043"/>
                <w:sz w:val="17"/>
              </w:rPr>
              <w:t>Role in project</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56947A6C" w14:textId="77777777" w:rsidR="00A05E27" w:rsidRDefault="00AA07DE">
            <w:pPr>
              <w:spacing w:after="0" w:line="240" w:lineRule="auto"/>
            </w:pPr>
            <w:r>
              <w:rPr>
                <w:rFonts w:eastAsia="Calibri" w:cs="Calibri"/>
                <w:i/>
                <w:color w:val="6F7A89"/>
                <w:sz w:val="17"/>
              </w:rPr>
              <w:t>&lt;C / P / SC&gt;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192976F3" w14:textId="77777777" w:rsidR="00A05E27" w:rsidRDefault="00AA07DE">
            <w:pPr>
              <w:spacing w:after="0" w:line="240" w:lineRule="auto"/>
            </w:pPr>
            <w:r>
              <w:rPr>
                <w:rFonts w:eastAsia="Calibri" w:cs="Calibri"/>
                <w:b/>
                <w:color w:val="1F2043"/>
                <w:sz w:val="17"/>
              </w:rPr>
              <w:t>Organisation legal name</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66C50977" w14:textId="77777777" w:rsidR="00A05E27" w:rsidRDefault="00AA07DE">
            <w:pPr>
              <w:spacing w:after="0" w:line="240" w:lineRule="auto"/>
            </w:pPr>
            <w:r>
              <w:rPr>
                <w:rFonts w:eastAsia="Calibri" w:cs="Calibri"/>
                <w:i/>
                <w:color w:val="6F7A89"/>
                <w:sz w:val="17"/>
              </w:rPr>
              <w:t>&lt;Legal name&gt;</w:t>
            </w:r>
          </w:p>
        </w:tc>
      </w:tr>
      <w:tr w:rsidR="00A05E27" w14:paraId="54B6CA6F"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62B06666" w14:textId="77777777" w:rsidR="00A05E27" w:rsidRDefault="00AA07DE">
            <w:pPr>
              <w:spacing w:after="0" w:line="240" w:lineRule="auto"/>
            </w:pPr>
            <w:r>
              <w:rPr>
                <w:rFonts w:eastAsia="Calibri" w:cs="Calibri"/>
                <w:b/>
                <w:color w:val="1F2043"/>
                <w:sz w:val="17"/>
              </w:rPr>
              <w:t>Legal address</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2455437A" w14:textId="77777777" w:rsidR="00A05E27" w:rsidRDefault="00AA07DE">
            <w:pPr>
              <w:spacing w:after="0" w:line="240" w:lineRule="auto"/>
            </w:pPr>
            <w:r>
              <w:rPr>
                <w:rFonts w:eastAsia="Calibri" w:cs="Calibri"/>
                <w:i/>
                <w:color w:val="6F7A89"/>
                <w:sz w:val="17"/>
              </w:rPr>
              <w:t>&lt;Address&gt;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760A72CA" w14:textId="77777777" w:rsidR="00A05E27" w:rsidRDefault="00AA07DE">
            <w:pPr>
              <w:spacing w:after="0" w:line="240" w:lineRule="auto"/>
            </w:pPr>
            <w:r>
              <w:rPr>
                <w:rFonts w:eastAsia="Calibri" w:cs="Calibri"/>
                <w:b/>
                <w:color w:val="1F2043"/>
                <w:sz w:val="17"/>
              </w:rPr>
              <w:t>Country</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09E29690" w14:textId="77777777" w:rsidR="00A05E27" w:rsidRDefault="00AA07DE">
            <w:pPr>
              <w:spacing w:after="0" w:line="240" w:lineRule="auto"/>
            </w:pPr>
            <w:r>
              <w:rPr>
                <w:rFonts w:eastAsia="Calibri" w:cs="Calibri"/>
                <w:i/>
                <w:color w:val="6F7A89"/>
                <w:sz w:val="17"/>
              </w:rPr>
              <w:t>&lt;Country&gt;</w:t>
            </w:r>
          </w:p>
        </w:tc>
      </w:tr>
      <w:tr w:rsidR="00A05E27" w14:paraId="45E1B437"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0380E00A" w14:textId="77777777" w:rsidR="00A05E27" w:rsidRDefault="00AA07DE">
            <w:pPr>
              <w:spacing w:after="0" w:line="240" w:lineRule="auto"/>
            </w:pPr>
            <w:r>
              <w:rPr>
                <w:rFonts w:eastAsia="Calibri" w:cs="Calibri"/>
                <w:b/>
                <w:color w:val="1F2043"/>
                <w:sz w:val="17"/>
              </w:rPr>
              <w:t>Postcode / city</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021F9FB3" w14:textId="77777777" w:rsidR="00A05E27" w:rsidRDefault="00AA07DE">
            <w:pPr>
              <w:spacing w:after="0" w:line="240" w:lineRule="auto"/>
            </w:pPr>
            <w:r>
              <w:rPr>
                <w:rFonts w:eastAsia="Calibri" w:cs="Calibri"/>
                <w:i/>
                <w:color w:val="6F7A89"/>
                <w:sz w:val="17"/>
              </w:rPr>
              <w:t>&lt;Postcode / city&gt;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123E551F" w14:textId="77777777" w:rsidR="00A05E27" w:rsidRDefault="00AA07DE">
            <w:pPr>
              <w:spacing w:after="0" w:line="240" w:lineRule="auto"/>
            </w:pPr>
            <w:r>
              <w:rPr>
                <w:rFonts w:eastAsia="Calibri" w:cs="Calibri"/>
                <w:b/>
                <w:color w:val="1F2043"/>
                <w:sz w:val="17"/>
              </w:rPr>
              <w:t>Core business</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7C54377D" w14:textId="77777777" w:rsidR="00A05E27" w:rsidRDefault="00AA07DE">
            <w:pPr>
              <w:spacing w:after="0" w:line="240" w:lineRule="auto"/>
            </w:pPr>
            <w:r>
              <w:rPr>
                <w:rFonts w:eastAsia="Calibri" w:cs="Calibri"/>
                <w:i/>
                <w:color w:val="6F7A89"/>
                <w:sz w:val="17"/>
              </w:rPr>
              <w:t>&lt;Core business&gt;</w:t>
            </w:r>
          </w:p>
        </w:tc>
      </w:tr>
      <w:tr w:rsidR="00A05E27" w14:paraId="23889EA6"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7ECB7AEB" w14:textId="77777777" w:rsidR="00A05E27" w:rsidRDefault="00AA07DE">
            <w:pPr>
              <w:spacing w:after="0" w:line="240" w:lineRule="auto"/>
            </w:pPr>
            <w:r>
              <w:rPr>
                <w:rFonts w:eastAsia="Calibri" w:cs="Calibri"/>
                <w:b/>
                <w:color w:val="1F2043"/>
                <w:sz w:val="17"/>
              </w:rPr>
              <w:t>Affiliation (if any)</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5F377A83" w14:textId="77777777" w:rsidR="00A05E27" w:rsidRDefault="00AA07DE">
            <w:pPr>
              <w:spacing w:after="0" w:line="240" w:lineRule="auto"/>
            </w:pPr>
            <w:r>
              <w:rPr>
                <w:rFonts w:eastAsia="Calibri" w:cs="Calibri"/>
                <w:i/>
                <w:color w:val="6F7A89"/>
                <w:sz w:val="17"/>
              </w:rPr>
              <w:t>&lt;Affiliation&gt;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6E63D837" w14:textId="77777777" w:rsidR="00A05E27" w:rsidRDefault="00AA07DE">
            <w:pPr>
              <w:spacing w:after="0" w:line="240" w:lineRule="auto"/>
            </w:pPr>
            <w:r>
              <w:rPr>
                <w:rFonts w:eastAsia="Calibri" w:cs="Calibri"/>
                <w:b/>
                <w:color w:val="1F2043"/>
                <w:sz w:val="17"/>
              </w:rPr>
              <w:t>Number of employees</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076AB403" w14:textId="77777777" w:rsidR="00A05E27" w:rsidRDefault="00AA07DE">
            <w:pPr>
              <w:spacing w:after="0" w:line="240" w:lineRule="auto"/>
            </w:pPr>
            <w:r>
              <w:rPr>
                <w:rFonts w:eastAsia="Calibri" w:cs="Calibri"/>
                <w:i/>
                <w:color w:val="6F7A89"/>
                <w:sz w:val="17"/>
              </w:rPr>
              <w:t>&lt;Number&gt;</w:t>
            </w:r>
          </w:p>
        </w:tc>
      </w:tr>
      <w:tr w:rsidR="00A05E27" w14:paraId="5322C42B"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4B3B0BB0" w14:textId="77777777" w:rsidR="00A05E27" w:rsidRDefault="00AA07DE">
            <w:pPr>
              <w:spacing w:after="0" w:line="240" w:lineRule="auto"/>
            </w:pPr>
            <w:r>
              <w:rPr>
                <w:rFonts w:eastAsia="Calibri" w:cs="Calibri"/>
                <w:b/>
                <w:color w:val="1F2043"/>
                <w:sz w:val="17"/>
              </w:rPr>
              <w:t>Annual turnover</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333C406C" w14:textId="77777777" w:rsidR="00A05E27" w:rsidRDefault="00AA07DE">
            <w:pPr>
              <w:spacing w:after="0" w:line="240" w:lineRule="auto"/>
            </w:pPr>
            <w:r>
              <w:rPr>
                <w:rFonts w:eastAsia="Calibri" w:cs="Calibri"/>
                <w:i/>
                <w:color w:val="6F7A89"/>
                <w:sz w:val="17"/>
              </w:rPr>
              <w:t>&lt;Value / currency&gt;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29802EC6" w14:textId="77777777" w:rsidR="00A05E27" w:rsidRDefault="00AA07DE">
            <w:pPr>
              <w:spacing w:after="0" w:line="240" w:lineRule="auto"/>
            </w:pPr>
            <w:r>
              <w:rPr>
                <w:rFonts w:eastAsia="Calibri" w:cs="Calibri"/>
                <w:b/>
                <w:color w:val="1F2043"/>
                <w:sz w:val="17"/>
              </w:rPr>
              <w:t>VAT number</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358F3CF8" w14:textId="77777777" w:rsidR="00A05E27" w:rsidRDefault="00AA07DE">
            <w:pPr>
              <w:spacing w:after="0" w:line="240" w:lineRule="auto"/>
            </w:pPr>
            <w:r>
              <w:rPr>
                <w:rFonts w:eastAsia="Calibri" w:cs="Calibri"/>
                <w:i/>
                <w:color w:val="6F7A89"/>
                <w:sz w:val="17"/>
              </w:rPr>
              <w:t>&lt;VAT number&gt;</w:t>
            </w:r>
          </w:p>
        </w:tc>
      </w:tr>
      <w:tr w:rsidR="00A05E27" w14:paraId="0207D0D4" w14:textId="77777777" w:rsidTr="00A12F4B">
        <w:trPr>
          <w:trHeight w:val="874"/>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77CC89CC" w14:textId="77777777" w:rsidR="00A05E27" w:rsidRDefault="00AA07DE">
            <w:pPr>
              <w:spacing w:after="0" w:line="240" w:lineRule="auto"/>
            </w:pPr>
            <w:r>
              <w:rPr>
                <w:rFonts w:eastAsia="Calibri" w:cs="Calibri"/>
                <w:b/>
                <w:color w:val="1F2043"/>
                <w:sz w:val="17"/>
              </w:rPr>
              <w:t>Website</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7CCF51B0" w14:textId="77777777" w:rsidR="00A05E27" w:rsidRDefault="00AA07DE">
            <w:pPr>
              <w:spacing w:after="0" w:line="240" w:lineRule="auto"/>
            </w:pPr>
            <w:r>
              <w:rPr>
                <w:rFonts w:eastAsia="Calibri" w:cs="Calibri"/>
                <w:i/>
                <w:color w:val="6F7A89"/>
                <w:sz w:val="17"/>
              </w:rPr>
              <w:t>&lt;Website&gt;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387DD36F" w14:textId="77777777" w:rsidR="00A05E27" w:rsidRDefault="00AA07DE">
            <w:pPr>
              <w:spacing w:after="0" w:line="240" w:lineRule="auto"/>
            </w:pPr>
            <w:r>
              <w:rPr>
                <w:b/>
                <w:color w:val="1F2043"/>
                <w:sz w:val="17"/>
              </w:rPr>
              <w:t>Company logo</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4E2524F6" w14:textId="77777777" w:rsidR="00A05E27" w:rsidRDefault="00AA07DE">
            <w:pPr>
              <w:spacing w:after="0" w:line="240" w:lineRule="auto"/>
            </w:pPr>
            <w:r>
              <w:rPr>
                <w:i/>
                <w:color w:val="6F7A89"/>
                <w:sz w:val="17"/>
              </w:rPr>
              <w:t>&lt;Insert company logo image here&gt;</w:t>
            </w:r>
          </w:p>
        </w:tc>
      </w:tr>
    </w:tbl>
    <w:tbl>
      <w:tblPr>
        <w:tblW w:w="0" w:type="auto"/>
        <w:tblLook w:val="04A0" w:firstRow="1" w:lastRow="0" w:firstColumn="1" w:lastColumn="0" w:noHBand="0" w:noVBand="1"/>
      </w:tblPr>
      <w:tblGrid>
        <w:gridCol w:w="10092"/>
      </w:tblGrid>
      <w:tr w:rsidR="00A05E27" w14:paraId="2325404B" w14:textId="77777777">
        <w:tc>
          <w:tcPr>
            <w:tcW w:w="10092" w:type="dxa"/>
            <w:shd w:val="clear" w:color="auto" w:fill="1F2043"/>
            <w:tcMar>
              <w:top w:w="65" w:type="dxa"/>
              <w:left w:w="100" w:type="dxa"/>
              <w:bottom w:w="65" w:type="dxa"/>
              <w:right w:w="100" w:type="dxa"/>
            </w:tcMar>
          </w:tcPr>
          <w:p w14:paraId="00E3183B" w14:textId="77777777" w:rsidR="00A05E27" w:rsidRDefault="00AA07DE">
            <w:r>
              <w:rPr>
                <w:rFonts w:eastAsia="Calibri" w:cs="Calibri"/>
                <w:b/>
                <w:color w:val="FFFFFF"/>
                <w:sz w:val="19"/>
              </w:rPr>
              <w:t>Department / laboratory carrying out the work and technical contact</w:t>
            </w:r>
          </w:p>
        </w:tc>
      </w:tr>
    </w:tbl>
    <w:tbl>
      <w:tblPr>
        <w:tblW w:w="0" w:type="auto"/>
        <w:jc w:val="center"/>
        <w:tblLayout w:type="fixed"/>
        <w:tblLook w:val="04A0" w:firstRow="1" w:lastRow="0" w:firstColumn="1" w:lastColumn="0" w:noHBand="0" w:noVBand="1"/>
      </w:tblPr>
      <w:tblGrid>
        <w:gridCol w:w="1757"/>
        <w:gridCol w:w="3231"/>
        <w:gridCol w:w="1757"/>
        <w:gridCol w:w="3288"/>
      </w:tblGrid>
      <w:tr w:rsidR="00A05E27" w14:paraId="19D57AC7"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672031D6" w14:textId="77777777" w:rsidR="00A05E27" w:rsidRDefault="00AA07DE">
            <w:pPr>
              <w:spacing w:after="0" w:line="240" w:lineRule="auto"/>
            </w:pPr>
            <w:r>
              <w:rPr>
                <w:rFonts w:eastAsia="Calibri" w:cs="Calibri"/>
                <w:b/>
                <w:color w:val="1F2043"/>
                <w:sz w:val="17"/>
              </w:rPr>
              <w:t>Contact person</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5924DF6E" w14:textId="77777777" w:rsidR="00A05E27" w:rsidRDefault="00AA07DE">
            <w:pPr>
              <w:spacing w:after="0" w:line="240" w:lineRule="auto"/>
            </w:pPr>
            <w:r>
              <w:rPr>
                <w:rFonts w:eastAsia="Calibri" w:cs="Calibri"/>
                <w:i/>
                <w:color w:val="6F7A89"/>
                <w:sz w:val="17"/>
              </w:rPr>
              <w:t>&lt;Name&gt;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769C6AB4" w14:textId="77777777" w:rsidR="00A05E27" w:rsidRDefault="00AA07DE">
            <w:pPr>
              <w:spacing w:after="0" w:line="240" w:lineRule="auto"/>
            </w:pPr>
            <w:r>
              <w:rPr>
                <w:rFonts w:eastAsia="Calibri" w:cs="Calibri"/>
                <w:b/>
                <w:color w:val="1F2043"/>
                <w:sz w:val="17"/>
              </w:rPr>
              <w:t>Department</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69B6833C" w14:textId="77777777" w:rsidR="00A05E27" w:rsidRDefault="00AA07DE">
            <w:pPr>
              <w:spacing w:after="0" w:line="240" w:lineRule="auto"/>
            </w:pPr>
            <w:r>
              <w:rPr>
                <w:rFonts w:eastAsia="Calibri" w:cs="Calibri"/>
                <w:i/>
                <w:color w:val="6F7A89"/>
                <w:sz w:val="17"/>
              </w:rPr>
              <w:t>&lt;Department&gt;</w:t>
            </w:r>
          </w:p>
        </w:tc>
      </w:tr>
      <w:tr w:rsidR="00A05E27" w14:paraId="6BB36CC0"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2DD3DFF0" w14:textId="77777777" w:rsidR="00A05E27" w:rsidRDefault="00AA07DE">
            <w:pPr>
              <w:spacing w:after="0" w:line="240" w:lineRule="auto"/>
            </w:pPr>
            <w:r>
              <w:rPr>
                <w:rFonts w:eastAsia="Calibri" w:cs="Calibri"/>
                <w:b/>
                <w:color w:val="1F2043"/>
                <w:sz w:val="17"/>
              </w:rPr>
              <w:t>Address</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3442C425" w14:textId="77777777" w:rsidR="00A05E27" w:rsidRDefault="00AA07DE">
            <w:pPr>
              <w:spacing w:after="0" w:line="240" w:lineRule="auto"/>
            </w:pPr>
            <w:r>
              <w:rPr>
                <w:rFonts w:eastAsia="Calibri" w:cs="Calibri"/>
                <w:i/>
                <w:color w:val="6F7A89"/>
                <w:sz w:val="17"/>
              </w:rPr>
              <w:t>&lt;Address&gt;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006B7DA3" w14:textId="77777777" w:rsidR="00A05E27" w:rsidRDefault="00AA07DE">
            <w:pPr>
              <w:spacing w:after="0" w:line="240" w:lineRule="auto"/>
            </w:pPr>
            <w:r>
              <w:rPr>
                <w:rFonts w:eastAsia="Calibri" w:cs="Calibri"/>
                <w:b/>
                <w:color w:val="1F2043"/>
                <w:sz w:val="17"/>
              </w:rPr>
              <w:t>Country</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36BF808D" w14:textId="77777777" w:rsidR="00A05E27" w:rsidRDefault="00AA07DE">
            <w:pPr>
              <w:spacing w:after="0" w:line="240" w:lineRule="auto"/>
            </w:pPr>
            <w:r>
              <w:rPr>
                <w:rFonts w:eastAsia="Calibri" w:cs="Calibri"/>
                <w:i/>
                <w:color w:val="6F7A89"/>
                <w:sz w:val="17"/>
              </w:rPr>
              <w:t>&lt;Country&gt;</w:t>
            </w:r>
          </w:p>
        </w:tc>
      </w:tr>
      <w:tr w:rsidR="00A05E27" w14:paraId="07996F26"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5D5FEAA6" w14:textId="77777777" w:rsidR="00A05E27" w:rsidRDefault="00AA07DE">
            <w:pPr>
              <w:spacing w:after="0" w:line="240" w:lineRule="auto"/>
            </w:pPr>
            <w:r>
              <w:rPr>
                <w:rFonts w:eastAsia="Calibri" w:cs="Calibri"/>
                <w:b/>
                <w:color w:val="1F2043"/>
                <w:sz w:val="17"/>
              </w:rPr>
              <w:t>Postcode / city</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43B9C788" w14:textId="77777777" w:rsidR="00A05E27" w:rsidRDefault="00AA07DE">
            <w:pPr>
              <w:spacing w:after="0" w:line="240" w:lineRule="auto"/>
            </w:pPr>
            <w:r>
              <w:rPr>
                <w:rFonts w:eastAsia="Calibri" w:cs="Calibri"/>
                <w:i/>
                <w:color w:val="6F7A89"/>
                <w:sz w:val="17"/>
              </w:rPr>
              <w:t>&lt;Postcode / city&gt;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49289575" w14:textId="77777777" w:rsidR="00A05E27" w:rsidRDefault="00AA07DE">
            <w:pPr>
              <w:spacing w:after="0" w:line="240" w:lineRule="auto"/>
            </w:pPr>
            <w:r>
              <w:rPr>
                <w:rFonts w:eastAsia="Calibri" w:cs="Calibri"/>
                <w:b/>
                <w:color w:val="1F2043"/>
                <w:sz w:val="17"/>
              </w:rPr>
              <w:t>Phone</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34FA764E" w14:textId="77777777" w:rsidR="00A05E27" w:rsidRDefault="00AA07DE">
            <w:pPr>
              <w:spacing w:after="0" w:line="240" w:lineRule="auto"/>
            </w:pPr>
            <w:r>
              <w:rPr>
                <w:rFonts w:eastAsia="Calibri" w:cs="Calibri"/>
                <w:i/>
                <w:color w:val="6F7A89"/>
                <w:sz w:val="17"/>
              </w:rPr>
              <w:t>&lt;Phone&gt;</w:t>
            </w:r>
          </w:p>
        </w:tc>
      </w:tr>
      <w:tr w:rsidR="00A05E27" w14:paraId="179EC0F8"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2449ABFF" w14:textId="77777777" w:rsidR="00A05E27" w:rsidRDefault="00AA07DE">
            <w:pPr>
              <w:spacing w:after="0" w:line="240" w:lineRule="auto"/>
            </w:pPr>
            <w:r>
              <w:rPr>
                <w:rFonts w:eastAsia="Calibri" w:cs="Calibri"/>
                <w:b/>
                <w:color w:val="1F2043"/>
                <w:sz w:val="17"/>
              </w:rPr>
              <w:t>Email</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3958090A" w14:textId="77777777" w:rsidR="00A05E27" w:rsidRDefault="00AA07DE">
            <w:pPr>
              <w:spacing w:after="0" w:line="240" w:lineRule="auto"/>
            </w:pPr>
            <w:r>
              <w:rPr>
                <w:rFonts w:eastAsia="Calibri" w:cs="Calibri"/>
                <w:i/>
                <w:color w:val="6F7A89"/>
                <w:sz w:val="17"/>
              </w:rPr>
              <w:t>&lt;Email&gt;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015F8F57" w14:textId="77777777" w:rsidR="00A05E27" w:rsidRDefault="00AA07DE">
            <w:pPr>
              <w:spacing w:after="0" w:line="240" w:lineRule="auto"/>
            </w:pPr>
            <w:r>
              <w:rPr>
                <w:rFonts w:eastAsia="Calibri" w:cs="Calibri"/>
                <w:b/>
                <w:color w:val="1F2043"/>
                <w:sz w:val="17"/>
              </w:rPr>
              <w:t>Fax (optional)</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4A0AB3C1" w14:textId="77777777" w:rsidR="00A05E27" w:rsidRDefault="00AA07DE">
            <w:pPr>
              <w:spacing w:after="0" w:line="240" w:lineRule="auto"/>
            </w:pPr>
            <w:r>
              <w:rPr>
                <w:rFonts w:eastAsia="Calibri" w:cs="Calibri"/>
                <w:i/>
                <w:color w:val="6F7A89"/>
                <w:sz w:val="17"/>
              </w:rPr>
              <w:t>&lt;Fax&gt;</w:t>
            </w:r>
          </w:p>
        </w:tc>
      </w:tr>
    </w:tbl>
    <w:tbl>
      <w:tblPr>
        <w:tblW w:w="0" w:type="auto"/>
        <w:tblLook w:val="04A0" w:firstRow="1" w:lastRow="0" w:firstColumn="1" w:lastColumn="0" w:noHBand="0" w:noVBand="1"/>
      </w:tblPr>
      <w:tblGrid>
        <w:gridCol w:w="10092"/>
      </w:tblGrid>
      <w:tr w:rsidR="00A05E27" w14:paraId="62953A28" w14:textId="77777777">
        <w:tc>
          <w:tcPr>
            <w:tcW w:w="10092" w:type="dxa"/>
            <w:shd w:val="clear" w:color="auto" w:fill="1F2043"/>
            <w:tcMar>
              <w:top w:w="65" w:type="dxa"/>
              <w:left w:w="100" w:type="dxa"/>
              <w:bottom w:w="65" w:type="dxa"/>
              <w:right w:w="100" w:type="dxa"/>
            </w:tcMar>
          </w:tcPr>
          <w:p w14:paraId="405D9E78" w14:textId="77777777" w:rsidR="00A05E27" w:rsidRDefault="00AA07DE">
            <w:r>
              <w:rPr>
                <w:rFonts w:eastAsia="Calibri" w:cs="Calibri"/>
                <w:b/>
                <w:color w:val="FFFFFF"/>
                <w:sz w:val="19"/>
              </w:rPr>
              <w:t>Authorisation to participate from legal representative</w:t>
            </w:r>
          </w:p>
        </w:tc>
      </w:tr>
    </w:tbl>
    <w:tbl>
      <w:tblPr>
        <w:tblW w:w="0" w:type="auto"/>
        <w:jc w:val="center"/>
        <w:tblLayout w:type="fixed"/>
        <w:tblLook w:val="04A0" w:firstRow="1" w:lastRow="0" w:firstColumn="1" w:lastColumn="0" w:noHBand="0" w:noVBand="1"/>
      </w:tblPr>
      <w:tblGrid>
        <w:gridCol w:w="1757"/>
        <w:gridCol w:w="3231"/>
        <w:gridCol w:w="1757"/>
        <w:gridCol w:w="3288"/>
      </w:tblGrid>
      <w:tr w:rsidR="00A05E27" w14:paraId="7ED10D5A"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11E50533" w14:textId="77777777" w:rsidR="00A05E27" w:rsidRDefault="00AA07DE">
            <w:pPr>
              <w:spacing w:after="0" w:line="240" w:lineRule="auto"/>
            </w:pPr>
            <w:r>
              <w:rPr>
                <w:rFonts w:eastAsia="Calibri" w:cs="Calibri"/>
                <w:b/>
                <w:color w:val="1F2043"/>
                <w:sz w:val="17"/>
              </w:rPr>
              <w:t>Authorised person</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1A0521E3" w14:textId="77777777" w:rsidR="00A05E27" w:rsidRDefault="00AA07DE">
            <w:pPr>
              <w:spacing w:after="0" w:line="240" w:lineRule="auto"/>
            </w:pPr>
            <w:r>
              <w:rPr>
                <w:rFonts w:eastAsia="Calibri" w:cs="Calibri"/>
                <w:i/>
                <w:color w:val="6F7A89"/>
                <w:sz w:val="17"/>
              </w:rPr>
              <w:t>&lt;Name&gt;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51F1C952" w14:textId="77777777" w:rsidR="00A05E27" w:rsidRDefault="00AA07DE">
            <w:pPr>
              <w:spacing w:after="0" w:line="240" w:lineRule="auto"/>
            </w:pPr>
            <w:r>
              <w:rPr>
                <w:rFonts w:eastAsia="Calibri" w:cs="Calibri"/>
                <w:b/>
                <w:color w:val="1F2043"/>
                <w:sz w:val="17"/>
              </w:rPr>
              <w:t>Title / position</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43C5300C" w14:textId="77777777" w:rsidR="00A05E27" w:rsidRDefault="00AA07DE">
            <w:pPr>
              <w:spacing w:after="0" w:line="240" w:lineRule="auto"/>
            </w:pPr>
            <w:r>
              <w:rPr>
                <w:rFonts w:eastAsia="Calibri" w:cs="Calibri"/>
                <w:i/>
                <w:color w:val="6F7A89"/>
                <w:sz w:val="17"/>
              </w:rPr>
              <w:t>&lt;Title&gt;</w:t>
            </w:r>
          </w:p>
        </w:tc>
      </w:tr>
      <w:tr w:rsidR="00A05E27" w14:paraId="7BC7DEFF" w14:textId="77777777">
        <w:trPr>
          <w:jc w:val="center"/>
        </w:trPr>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34FA4376" w14:textId="77777777" w:rsidR="00A05E27" w:rsidRDefault="00AA07DE">
            <w:pPr>
              <w:spacing w:after="0" w:line="240" w:lineRule="auto"/>
            </w:pPr>
            <w:r>
              <w:rPr>
                <w:rFonts w:eastAsia="Calibri" w:cs="Calibri"/>
                <w:b/>
                <w:color w:val="1F2043"/>
                <w:sz w:val="17"/>
              </w:rPr>
              <w:t>Phone</w:t>
            </w:r>
          </w:p>
        </w:tc>
        <w:tc>
          <w:tcPr>
            <w:tcW w:w="3231"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7FFAD2D1" w14:textId="77777777" w:rsidR="00A05E27" w:rsidRDefault="00AA07DE">
            <w:pPr>
              <w:spacing w:after="0" w:line="240" w:lineRule="auto"/>
            </w:pPr>
            <w:r>
              <w:rPr>
                <w:rFonts w:eastAsia="Calibri" w:cs="Calibri"/>
                <w:i/>
                <w:color w:val="6F7A89"/>
                <w:sz w:val="17"/>
              </w:rPr>
              <w:t>&lt;Phone&gt;</w:t>
            </w:r>
          </w:p>
        </w:tc>
        <w:tc>
          <w:tcPr>
            <w:tcW w:w="1757" w:type="dxa"/>
            <w:tcBorders>
              <w:bottom w:val="single" w:sz="5" w:space="0" w:color="D9DDE3"/>
              <w:right w:val="single" w:sz="4" w:space="0" w:color="D9DDE3"/>
            </w:tcBorders>
            <w:shd w:val="clear" w:color="auto" w:fill="F8F9FB"/>
            <w:tcMar>
              <w:top w:w="55" w:type="dxa"/>
              <w:left w:w="70" w:type="dxa"/>
              <w:bottom w:w="55" w:type="dxa"/>
              <w:right w:w="70" w:type="dxa"/>
            </w:tcMar>
            <w:vAlign w:val="center"/>
          </w:tcPr>
          <w:p w14:paraId="54768AAB" w14:textId="77777777" w:rsidR="00A05E27" w:rsidRDefault="00AA07DE">
            <w:pPr>
              <w:spacing w:after="0" w:line="240" w:lineRule="auto"/>
            </w:pPr>
            <w:r>
              <w:rPr>
                <w:rFonts w:eastAsia="Calibri" w:cs="Calibri"/>
                <w:b/>
                <w:color w:val="1F2043"/>
                <w:sz w:val="17"/>
              </w:rPr>
              <w:t>Email</w:t>
            </w:r>
          </w:p>
        </w:tc>
        <w:tc>
          <w:tcPr>
            <w:tcW w:w="3288" w:type="dxa"/>
            <w:tcBorders>
              <w:bottom w:val="single" w:sz="5" w:space="0" w:color="D9DDE3"/>
              <w:right w:val="single" w:sz="4" w:space="0" w:color="D9DDE3"/>
            </w:tcBorders>
            <w:shd w:val="clear" w:color="auto" w:fill="F4F9EF"/>
            <w:tcMar>
              <w:top w:w="55" w:type="dxa"/>
              <w:left w:w="70" w:type="dxa"/>
              <w:bottom w:w="55" w:type="dxa"/>
              <w:right w:w="70" w:type="dxa"/>
            </w:tcMar>
            <w:vAlign w:val="center"/>
          </w:tcPr>
          <w:p w14:paraId="62B2ADF1" w14:textId="77777777" w:rsidR="00A05E27" w:rsidRDefault="00AA07DE">
            <w:pPr>
              <w:spacing w:after="0" w:line="240" w:lineRule="auto"/>
            </w:pPr>
            <w:r>
              <w:rPr>
                <w:rFonts w:eastAsia="Calibri" w:cs="Calibri"/>
                <w:i/>
                <w:color w:val="6F7A89"/>
                <w:sz w:val="17"/>
              </w:rPr>
              <w:t>&lt;Email&gt;</w:t>
            </w:r>
          </w:p>
        </w:tc>
      </w:tr>
    </w:tbl>
    <w:p w14:paraId="3DC2E4C8" w14:textId="77777777" w:rsidR="00A05E27" w:rsidRDefault="00AA07DE">
      <w:pPr>
        <w:spacing w:after="20" w:line="240" w:lineRule="auto"/>
      </w:pPr>
      <w:r>
        <w:rPr>
          <w:rFonts w:eastAsia="Calibri" w:cs="Calibri"/>
          <w:sz w:val="18"/>
        </w:rPr>
        <w:t>The undersigned, duly authorised to do so, certifies that the above information is exact and that the organisation intends to participate in the SMART project identified above as described in the Full Project Proposal, with the aim of carrying out the technical developments set out in the FPP and formally applying for a SMART Label for the project, should the SMART Board decide to grant the SMART Label.</w:t>
      </w:r>
    </w:p>
    <w:p w14:paraId="78CFA824" w14:textId="77777777" w:rsidR="00A05E27" w:rsidRDefault="00AA07DE">
      <w:pPr>
        <w:spacing w:after="20" w:line="240" w:lineRule="auto"/>
      </w:pPr>
      <w:r>
        <w:rPr>
          <w:rFonts w:eastAsia="Calibri" w:cs="Calibri"/>
          <w:sz w:val="18"/>
        </w:rPr>
        <w:t>In addition, by signing separately a Declaration of Acceptance of the SMART rules, the undersigned acknowledges full awareness of the rules of participation in this SMART project.</w:t>
      </w:r>
    </w:p>
    <w:tbl>
      <w:tblPr>
        <w:tblW w:w="0" w:type="auto"/>
        <w:jc w:val="center"/>
        <w:tblLayout w:type="fixed"/>
        <w:tblLook w:val="04A0" w:firstRow="1" w:lastRow="0" w:firstColumn="1" w:lastColumn="0" w:noHBand="0" w:noVBand="1"/>
      </w:tblPr>
      <w:tblGrid>
        <w:gridCol w:w="3345"/>
        <w:gridCol w:w="3345"/>
        <w:gridCol w:w="3345"/>
      </w:tblGrid>
      <w:tr w:rsidR="00A05E27" w14:paraId="570AD780" w14:textId="77777777">
        <w:trPr>
          <w:jc w:val="center"/>
        </w:trPr>
        <w:tc>
          <w:tcPr>
            <w:tcW w:w="3345" w:type="dxa"/>
            <w:tcBorders>
              <w:bottom w:val="single" w:sz="5" w:space="0" w:color="D9DDE3"/>
            </w:tcBorders>
            <w:shd w:val="clear" w:color="auto" w:fill="F8F9FB"/>
            <w:tcMar>
              <w:top w:w="70" w:type="dxa"/>
              <w:left w:w="80" w:type="dxa"/>
              <w:bottom w:w="70" w:type="dxa"/>
              <w:right w:w="80" w:type="dxa"/>
            </w:tcMar>
          </w:tcPr>
          <w:p w14:paraId="517264F6" w14:textId="77777777" w:rsidR="00A05E27" w:rsidRDefault="00AA07DE">
            <w:pPr>
              <w:spacing w:after="0" w:line="240" w:lineRule="auto"/>
              <w:jc w:val="center"/>
            </w:pPr>
            <w:r>
              <w:rPr>
                <w:rFonts w:eastAsia="Calibri" w:cs="Calibri"/>
                <w:b/>
                <w:color w:val="1F2043"/>
                <w:sz w:val="16"/>
              </w:rPr>
              <w:t>Done in</w:t>
            </w:r>
          </w:p>
        </w:tc>
        <w:tc>
          <w:tcPr>
            <w:tcW w:w="3345" w:type="dxa"/>
            <w:tcBorders>
              <w:bottom w:val="single" w:sz="5" w:space="0" w:color="D9DDE3"/>
            </w:tcBorders>
            <w:shd w:val="clear" w:color="auto" w:fill="F8F9FB"/>
            <w:tcMar>
              <w:top w:w="70" w:type="dxa"/>
              <w:left w:w="80" w:type="dxa"/>
              <w:bottom w:w="70" w:type="dxa"/>
              <w:right w:w="80" w:type="dxa"/>
            </w:tcMar>
          </w:tcPr>
          <w:p w14:paraId="2C98232F" w14:textId="77777777" w:rsidR="00A05E27" w:rsidRDefault="00AA07DE">
            <w:pPr>
              <w:spacing w:after="0" w:line="240" w:lineRule="auto"/>
              <w:jc w:val="center"/>
            </w:pPr>
            <w:r>
              <w:rPr>
                <w:rFonts w:eastAsia="Calibri" w:cs="Calibri"/>
                <w:b/>
                <w:color w:val="1F2043"/>
                <w:sz w:val="16"/>
              </w:rPr>
              <w:t>Date</w:t>
            </w:r>
          </w:p>
        </w:tc>
        <w:tc>
          <w:tcPr>
            <w:tcW w:w="3345" w:type="dxa"/>
            <w:tcBorders>
              <w:bottom w:val="single" w:sz="5" w:space="0" w:color="D9DDE3"/>
            </w:tcBorders>
            <w:shd w:val="clear" w:color="auto" w:fill="F8F9FB"/>
            <w:tcMar>
              <w:top w:w="70" w:type="dxa"/>
              <w:left w:w="80" w:type="dxa"/>
              <w:bottom w:w="70" w:type="dxa"/>
              <w:right w:w="80" w:type="dxa"/>
            </w:tcMar>
          </w:tcPr>
          <w:p w14:paraId="638A988A" w14:textId="77777777" w:rsidR="00A05E27" w:rsidRDefault="00AA07DE">
            <w:pPr>
              <w:spacing w:after="0" w:line="240" w:lineRule="auto"/>
              <w:jc w:val="center"/>
            </w:pPr>
            <w:r>
              <w:rPr>
                <w:rFonts w:eastAsia="Calibri" w:cs="Calibri"/>
                <w:b/>
                <w:color w:val="1F2043"/>
                <w:sz w:val="16"/>
              </w:rPr>
              <w:t>Signature (electronic preferred)</w:t>
            </w:r>
          </w:p>
        </w:tc>
      </w:tr>
      <w:tr w:rsidR="00A05E27" w14:paraId="784061FF" w14:textId="77777777">
        <w:trPr>
          <w:jc w:val="center"/>
        </w:trPr>
        <w:tc>
          <w:tcPr>
            <w:tcW w:w="3345" w:type="dxa"/>
            <w:tcBorders>
              <w:bottom w:val="single" w:sz="5" w:space="0" w:color="D9DDE3"/>
            </w:tcBorders>
            <w:shd w:val="clear" w:color="auto" w:fill="F4F9EF"/>
            <w:tcMar>
              <w:top w:w="180" w:type="dxa"/>
              <w:left w:w="80" w:type="dxa"/>
              <w:bottom w:w="180" w:type="dxa"/>
              <w:right w:w="80" w:type="dxa"/>
            </w:tcMar>
          </w:tcPr>
          <w:p w14:paraId="55FA1C85" w14:textId="77777777" w:rsidR="00A05E27" w:rsidRDefault="00AA07DE">
            <w:pPr>
              <w:spacing w:after="0" w:line="240" w:lineRule="auto"/>
              <w:jc w:val="center"/>
            </w:pPr>
            <w:r>
              <w:rPr>
                <w:rFonts w:eastAsia="Calibri" w:cs="Calibri"/>
                <w:i/>
                <w:color w:val="6F7A89"/>
                <w:sz w:val="16"/>
              </w:rPr>
              <w:t>&lt;City&gt;</w:t>
            </w:r>
          </w:p>
        </w:tc>
        <w:tc>
          <w:tcPr>
            <w:tcW w:w="3345" w:type="dxa"/>
            <w:tcBorders>
              <w:bottom w:val="single" w:sz="5" w:space="0" w:color="D9DDE3"/>
            </w:tcBorders>
            <w:shd w:val="clear" w:color="auto" w:fill="F4F9EF"/>
            <w:tcMar>
              <w:top w:w="180" w:type="dxa"/>
              <w:left w:w="80" w:type="dxa"/>
              <w:bottom w:w="180" w:type="dxa"/>
              <w:right w:w="80" w:type="dxa"/>
            </w:tcMar>
          </w:tcPr>
          <w:p w14:paraId="7724FE0B" w14:textId="77777777" w:rsidR="00A05E27" w:rsidRDefault="00AA07DE">
            <w:pPr>
              <w:spacing w:after="0" w:line="240" w:lineRule="auto"/>
              <w:jc w:val="center"/>
            </w:pPr>
            <w:r>
              <w:rPr>
                <w:rFonts w:eastAsia="Calibri" w:cs="Calibri"/>
                <w:i/>
                <w:color w:val="6F7A89"/>
                <w:sz w:val="16"/>
              </w:rPr>
              <w:t>&lt;dd/mm/yyyy&gt;</w:t>
            </w:r>
          </w:p>
        </w:tc>
        <w:tc>
          <w:tcPr>
            <w:tcW w:w="3345" w:type="dxa"/>
            <w:tcBorders>
              <w:bottom w:val="single" w:sz="5" w:space="0" w:color="D9DDE3"/>
            </w:tcBorders>
            <w:shd w:val="clear" w:color="auto" w:fill="F4F9EF"/>
            <w:tcMar>
              <w:top w:w="180" w:type="dxa"/>
              <w:left w:w="80" w:type="dxa"/>
              <w:bottom w:w="180" w:type="dxa"/>
              <w:right w:w="80" w:type="dxa"/>
            </w:tcMar>
          </w:tcPr>
          <w:p w14:paraId="6132E321" w14:textId="77777777" w:rsidR="00A05E27" w:rsidRDefault="00AA07DE">
            <w:pPr>
              <w:spacing w:after="0" w:line="240" w:lineRule="auto"/>
              <w:jc w:val="center"/>
            </w:pPr>
            <w:r>
              <w:rPr>
                <w:rFonts w:eastAsia="Calibri" w:cs="Calibri"/>
                <w:i/>
                <w:color w:val="6F7A89"/>
                <w:sz w:val="16"/>
              </w:rPr>
              <w:t>&lt;Authorised signature&gt;</w:t>
            </w:r>
          </w:p>
        </w:tc>
      </w:tr>
    </w:tbl>
    <w:p w14:paraId="58FC5AE3" w14:textId="77777777" w:rsidR="00AA07DE" w:rsidRDefault="00AA07DE"/>
    <w:sectPr w:rsidR="00AA07DE" w:rsidSect="00034616">
      <w:headerReference w:type="default" r:id="rId8"/>
      <w:footerReference w:type="default" r:id="rId9"/>
      <w:headerReference w:type="first" r:id="rId12"/>
      <w:footerReference w:type="first" r:id="rId13"/>
      <w:headerReference w:type="even" r:id="rId14"/>
      <w:footerReference w:type="even" r:id="rId15"/>
      <w:pgSz w:w="11906" w:h="16838"/>
      <w:pgMar w:top="794" w:right="907" w:bottom="709" w:left="907"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EC913" w14:textId="77777777" w:rsidR="00AA07DE" w:rsidRDefault="00AA07DE">
      <w:pPr>
        <w:spacing w:after="0" w:line="240" w:lineRule="auto"/>
      </w:pPr>
      <w:r>
        <w:separator/>
      </w:r>
    </w:p>
  </w:endnote>
  <w:endnote w:type="continuationSeparator" w:id="0">
    <w:p w14:paraId="670B34AE" w14:textId="77777777" w:rsidR="00AA07DE" w:rsidRDefault="00AA0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31D3" w14:textId="77777777" w:rsidR="00A05E27" w:rsidRDefault="00A05E27">
    <w:pPr>
      <w:pStyle w:val="Piedepgina"/>
    </w:pPr>
  </w:p>
  <w:tbl>
    <w:tblPr>
      <w:tblW w:w="0" w:type="auto"/>
      <w:jc w:val="center"/>
      <w:tblLook w:val="04A0" w:firstRow="1" w:lastRow="0" w:firstColumn="1" w:lastColumn="0" w:noHBand="0" w:noVBand="1"/>
    </w:tblPr>
    <w:tblGrid>
      <w:gridCol w:w="3364"/>
      <w:gridCol w:w="3364"/>
      <w:gridCol w:w="3364"/>
    </w:tblGrid>
    <w:tr w:rsidR="00A05E27" w14:paraId="342C8089" w14:textId="77777777">
      <w:trPr>
        <w:jc w:val="center"/>
      </w:trPr>
      <w:tc>
        <w:tcPr>
          <w:tcW w:w="3364" w:type="dxa"/>
          <w:tcBorders>
            <w:top w:val="single" w:sz="8" w:space="0" w:color="1F2043"/>
          </w:tcBorders>
          <w:tcMar>
            <w:top w:w="35" w:type="dxa"/>
            <w:left w:w="0" w:type="dxa"/>
            <w:bottom w:w="0" w:type="dxa"/>
            <w:right w:w="0" w:type="dxa"/>
          </w:tcMar>
        </w:tcPr>
        <w:p w14:paraId="47193741" w14:textId="77777777" w:rsidR="00A05E27" w:rsidRDefault="00AA07DE">
          <w:r>
            <w:rPr>
              <w:rFonts w:eastAsia="Calibri" w:cs="Calibri"/>
              <w:color w:val="6B7280"/>
              <w:sz w:val="16"/>
            </w:rPr>
            <w:t>SMART EUREKA Cluster</w:t>
          </w:r>
        </w:p>
      </w:tc>
      <w:tc>
        <w:tcPr>
          <w:tcW w:w="3364" w:type="dxa"/>
          <w:tcBorders>
            <w:top w:val="single" w:sz="8" w:space="0" w:color="1F2043"/>
          </w:tcBorders>
          <w:tcMar>
            <w:top w:w="35" w:type="dxa"/>
            <w:left w:w="0" w:type="dxa"/>
            <w:bottom w:w="0" w:type="dxa"/>
            <w:right w:w="0" w:type="dxa"/>
          </w:tcMar>
        </w:tcPr>
        <w:p w14:paraId="2D699D05" w14:textId="77777777" w:rsidR="00A05E27" w:rsidRDefault="00AA07DE">
          <w:pPr>
            <w:jc w:val="center"/>
          </w:pPr>
          <w:r>
            <w:rPr>
              <w:rFonts w:eastAsia="Calibri" w:cs="Calibri"/>
              <w:color w:val="6B7280"/>
              <w:sz w:val="16"/>
            </w:rPr>
            <w:t>Template</w:t>
          </w:r>
        </w:p>
      </w:tc>
      <w:tc>
        <w:tcPr>
          <w:tcW w:w="3364" w:type="dxa"/>
          <w:tcBorders>
            <w:top w:val="single" w:sz="8" w:space="0" w:color="1F2043"/>
          </w:tcBorders>
          <w:tcMar>
            <w:top w:w="35" w:type="dxa"/>
            <w:left w:w="0" w:type="dxa"/>
            <w:bottom w:w="0" w:type="dxa"/>
            <w:right w:w="0" w:type="dxa"/>
          </w:tcMar>
        </w:tcPr>
        <w:p w14:paraId="47B98B94" w14:textId="77777777" w:rsidR="00A05E27" w:rsidRDefault="00AA07DE">
          <w:pPr>
            <w:jc w:val="right"/>
          </w:pPr>
          <w:r>
            <w:rPr>
              <w:rFonts w:eastAsia="Calibri" w:cs="Calibri"/>
              <w:color w:val="6B7280"/>
              <w:sz w:val="16"/>
            </w:rPr>
            <w:fldChar w:fldCharType="begin"/>
          </w:r>
          <w:r>
            <w:rPr>
              <w:rFonts w:eastAsia="Calibri" w:cs="Calibri"/>
              <w:color w:val="6B7280"/>
              <w:sz w:val="16"/>
            </w:rPr>
            <w:instrText xml:space="preserve"> PAGE </w:instrText>
          </w:r>
          <w:r w:rsidR="00A12F4B">
            <w:rPr>
              <w:rFonts w:eastAsia="Calibri" w:cs="Calibri"/>
              <w:color w:val="6B7280"/>
              <w:sz w:val="16"/>
            </w:rPr>
            <w:fldChar w:fldCharType="separate"/>
          </w:r>
          <w:r w:rsidR="00A12F4B">
            <w:rPr>
              <w:rFonts w:eastAsia="Calibri" w:cs="Calibri"/>
              <w:noProof/>
              <w:color w:val="6B7280"/>
              <w:sz w:val="16"/>
            </w:rPr>
            <w:t>1</w:t>
          </w:r>
          <w:r>
            <w:rPr>
              <w:rFonts w:eastAsia="Calibri" w:cs="Calibri"/>
              <w:color w:val="6B7280"/>
              <w:sz w:val="16"/>
            </w:rPr>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1411B" w14:textId="77777777" w:rsidR="00AA07DE" w:rsidRDefault="00AA07DE">
      <w:pPr>
        <w:spacing w:after="0" w:line="240" w:lineRule="auto"/>
      </w:pPr>
      <w:r>
        <w:separator/>
      </w:r>
    </w:p>
  </w:footnote>
  <w:footnote w:type="continuationSeparator" w:id="0">
    <w:p w14:paraId="7A08AADE" w14:textId="77777777" w:rsidR="00AA07DE" w:rsidRDefault="00AA0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1ED1" w14:textId="77777777" w:rsidR="00A05E27" w:rsidRDefault="00A05E27">
    <w:pPr>
      <w:pStyle w:val="Encabezado"/>
    </w:pPr>
  </w:p>
  <w:tbl>
    <w:tblPr>
      <w:tblW w:w="0" w:type="auto"/>
      <w:jc w:val="center"/>
      <w:tblLook w:val="04A0" w:firstRow="1" w:lastRow="0" w:firstColumn="1" w:lastColumn="0" w:noHBand="0" w:noVBand="1"/>
    </w:tblPr>
    <w:tblGrid>
      <w:gridCol w:w="5046"/>
      <w:gridCol w:w="5046"/>
    </w:tblGrid>
    <w:tr w:rsidR="00A05E27" w14:paraId="024D7171" w14:textId="77777777">
      <w:trPr>
        <w:jc w:val="center"/>
      </w:trPr>
      <w:tc>
        <w:tcPr>
          <w:tcW w:w="5046" w:type="dxa"/>
          <w:tcBorders>
            <w:bottom w:val="single" w:sz="10" w:space="0" w:color="75B743"/>
          </w:tcBorders>
          <w:tcMar>
            <w:top w:w="0" w:type="dxa"/>
            <w:left w:w="0" w:type="dxa"/>
            <w:bottom w:w="35" w:type="dxa"/>
            <w:right w:w="0" w:type="dxa"/>
          </w:tcMar>
        </w:tcPr>
        <w:p w14:paraId="0C4E11FE" w14:textId="77777777" w:rsidR="00A05E27" w:rsidRDefault="00AA07DE">
          <w:r>
            <w:rPr>
              <w:noProof/>
            </w:rPr>
            <w:drawing>
              <wp:inline distT="0" distB="0" distL="0" distR="0" wp14:anchorId="4ED09434" wp14:editId="32D26B5A">
                <wp:extent cx="1080000" cy="3111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rt_logo.png"/>
                        <pic:cNvPicPr/>
                      </pic:nvPicPr>
                      <pic:blipFill>
                        <a:blip r:embed="rId1"/>
                        <a:stretch>
                          <a:fillRect/>
                        </a:stretch>
                      </pic:blipFill>
                      <pic:spPr>
                        <a:xfrm>
                          <a:off x="0" y="0"/>
                          <a:ext cx="1080000" cy="311131"/>
                        </a:xfrm>
                        <a:prstGeom prst="rect">
                          <a:avLst/>
                        </a:prstGeom>
                      </pic:spPr>
                    </pic:pic>
                  </a:graphicData>
                </a:graphic>
              </wp:inline>
            </w:drawing>
          </w:r>
        </w:p>
      </w:tc>
      <w:tc>
        <w:tcPr>
          <w:tcW w:w="5046" w:type="dxa"/>
          <w:tcBorders>
            <w:bottom w:val="single" w:sz="10" w:space="0" w:color="75B743"/>
          </w:tcBorders>
          <w:tcMar>
            <w:top w:w="0" w:type="dxa"/>
            <w:left w:w="0" w:type="dxa"/>
            <w:bottom w:w="35" w:type="dxa"/>
            <w:right w:w="0" w:type="dxa"/>
          </w:tcMar>
        </w:tcPr>
        <w:p w14:paraId="2A14FD7D" w14:textId="77777777" w:rsidR="00A05E27" w:rsidRDefault="00AA07DE">
          <w:pPr>
            <w:jc w:val="right"/>
          </w:pPr>
          <w:r>
            <w:rPr>
              <w:rFonts w:eastAsia="Calibri" w:cs="Calibri"/>
              <w:b/>
              <w:color w:val="1F2043"/>
              <w:sz w:val="17"/>
            </w:rPr>
            <w:t>FORM C — PARTICIPANT PROFILE</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9770096">
    <w:abstractNumId w:val="8"/>
  </w:num>
  <w:num w:numId="2" w16cid:durableId="772557231">
    <w:abstractNumId w:val="6"/>
  </w:num>
  <w:num w:numId="3" w16cid:durableId="873006378">
    <w:abstractNumId w:val="5"/>
  </w:num>
  <w:num w:numId="4" w16cid:durableId="1092315718">
    <w:abstractNumId w:val="4"/>
  </w:num>
  <w:num w:numId="5" w16cid:durableId="221644500">
    <w:abstractNumId w:val="7"/>
  </w:num>
  <w:num w:numId="6" w16cid:durableId="625623373">
    <w:abstractNumId w:val="3"/>
  </w:num>
  <w:num w:numId="7" w16cid:durableId="1271006780">
    <w:abstractNumId w:val="2"/>
  </w:num>
  <w:num w:numId="8" w16cid:durableId="1287851443">
    <w:abstractNumId w:val="1"/>
  </w:num>
  <w:num w:numId="9" w16cid:durableId="1008098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366A"/>
    <w:rsid w:val="00326F90"/>
    <w:rsid w:val="00A05E27"/>
    <w:rsid w:val="00A12F4B"/>
    <w:rsid w:val="00AA07D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1C7E5B"/>
  <w14:defaultImageDpi w14:val="300"/>
  <w15:docId w15:val="{DFD86661-5766-4442-9B60-5FD8E7A3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222222"/>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1F2043"/>
      <w:sz w:val="30"/>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1F2043"/>
      <w:sz w:val="23"/>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75B743"/>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2043"/>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345</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Aritz Arteche</cp:lastModifiedBy>
  <cp:revision>2</cp:revision>
  <dcterms:created xsi:type="dcterms:W3CDTF">2013-12-23T23:15:00Z</dcterms:created>
  <dcterms:modified xsi:type="dcterms:W3CDTF">2026-08-28T10:50:00Z</dcterms:modified>
  <cp:category/>
</cp:coreProperties>
</file>