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EBEF9" w14:textId="77777777" w:rsidR="00866A9A" w:rsidRDefault="000E5AA8">
      <w:pPr>
        <w:keepNext/>
        <w:pBdr>
          <w:bottom w:val="single" w:sz="12" w:space="1" w:color="75B743"/>
        </w:pBdr>
        <w:spacing w:after="80"/>
      </w:pPr>
      <w:r>
        <w:rPr>
          <w:rFonts w:eastAsia="Calibri" w:cs="Calibri"/>
          <w:b/>
          <w:color w:val="1F2043"/>
          <w:sz w:val="32"/>
        </w:rPr>
        <w:t>Declaration of Acceptance (DoA)</w:t>
      </w:r>
    </w:p>
    <w:p w14:paraId="5061280E" w14:textId="77777777" w:rsidR="00866A9A" w:rsidRDefault="000E5AA8">
      <w:pPr>
        <w:spacing w:after="160"/>
      </w:pPr>
      <w:r>
        <w:rPr>
          <w:rFonts w:eastAsia="Calibri" w:cs="Calibri"/>
          <w:i/>
          <w:color w:val="6B7280"/>
          <w:sz w:val="19"/>
        </w:rPr>
        <w:t>Annex B to the SMART Framework Agreement</w:t>
      </w:r>
    </w:p>
    <w:tbl>
      <w:tblPr>
        <w:tblW w:w="0" w:type="auto"/>
        <w:jc w:val="center"/>
        <w:tblLook w:val="04A0" w:firstRow="1" w:lastRow="0" w:firstColumn="1" w:lastColumn="0" w:noHBand="0" w:noVBand="1"/>
      </w:tblPr>
      <w:tblGrid>
        <w:gridCol w:w="10092"/>
      </w:tblGrid>
      <w:tr w:rsidR="00866A9A" w14:paraId="553E1492" w14:textId="77777777">
        <w:trPr>
          <w:jc w:val="center"/>
        </w:trPr>
        <w:tc>
          <w:tcPr>
            <w:tcW w:w="10092" w:type="dxa"/>
            <w:shd w:val="clear" w:color="auto" w:fill="1F2043"/>
            <w:tcMar>
              <w:top w:w="70" w:type="dxa"/>
              <w:left w:w="90" w:type="dxa"/>
              <w:bottom w:w="70" w:type="dxa"/>
              <w:right w:w="90" w:type="dxa"/>
            </w:tcMar>
          </w:tcPr>
          <w:p w14:paraId="3A4A7382" w14:textId="77777777" w:rsidR="00866A9A" w:rsidRDefault="000E5AA8">
            <w:pPr>
              <w:jc w:val="center"/>
            </w:pPr>
            <w:r>
              <w:rPr>
                <w:rFonts w:eastAsia="Calibri" w:cs="Calibri"/>
                <w:b/>
                <w:color w:val="FFFFFF"/>
                <w:sz w:val="18"/>
              </w:rPr>
              <w:t>TEMPLATE</w:t>
            </w:r>
          </w:p>
        </w:tc>
      </w:tr>
    </w:tbl>
    <w:p w14:paraId="49A816C8" w14:textId="77777777" w:rsidR="00866A9A" w:rsidRDefault="00866A9A">
      <w:pPr>
        <w:spacing w:after="40"/>
      </w:pPr>
    </w:p>
    <w:tbl>
      <w:tblPr>
        <w:tblW w:w="0" w:type="auto"/>
        <w:jc w:val="center"/>
        <w:tblLook w:val="04A0" w:firstRow="1" w:lastRow="0" w:firstColumn="1" w:lastColumn="0" w:noHBand="0" w:noVBand="1"/>
      </w:tblPr>
      <w:tblGrid>
        <w:gridCol w:w="10092"/>
      </w:tblGrid>
      <w:tr w:rsidR="00866A9A" w14:paraId="72122D7D" w14:textId="77777777">
        <w:trPr>
          <w:jc w:val="center"/>
        </w:trPr>
        <w:tc>
          <w:tcPr>
            <w:tcW w:w="10092" w:type="dxa"/>
            <w:tcBorders>
              <w:top w:val="single" w:sz="10" w:space="0" w:color="75B743"/>
              <w:left w:val="single" w:sz="10" w:space="0" w:color="75B743"/>
              <w:bottom w:val="single" w:sz="10" w:space="0" w:color="75B743"/>
              <w:right w:val="single" w:sz="10" w:space="0" w:color="75B743"/>
            </w:tcBorders>
            <w:shd w:val="clear" w:color="auto" w:fill="F4F9EF"/>
            <w:tcMar>
              <w:top w:w="90" w:type="dxa"/>
              <w:left w:w="120" w:type="dxa"/>
              <w:bottom w:w="90" w:type="dxa"/>
              <w:right w:w="120" w:type="dxa"/>
            </w:tcMar>
          </w:tcPr>
          <w:p w14:paraId="507EC628" w14:textId="77777777" w:rsidR="00866A9A" w:rsidRDefault="000E5AA8">
            <w:pPr>
              <w:spacing w:after="40" w:line="240" w:lineRule="auto"/>
            </w:pPr>
            <w:r>
              <w:rPr>
                <w:b/>
                <w:i/>
                <w:color w:val="4E7F24"/>
                <w:sz w:val="22"/>
              </w:rPr>
              <w:t>Submission note</w:t>
            </w:r>
          </w:p>
          <w:p w14:paraId="2A84BBA8" w14:textId="77777777" w:rsidR="00866A9A" w:rsidRDefault="000E5AA8">
            <w:pPr>
              <w:spacing w:after="0" w:line="240" w:lineRule="auto"/>
            </w:pPr>
            <w:r>
              <w:rPr>
                <w:sz w:val="20"/>
              </w:rPr>
              <w:t>• This Declaration of Acceptance is mandatory for every participant at the Full Project Proposal (FPP) stage.</w:t>
            </w:r>
          </w:p>
          <w:p w14:paraId="411FEEAD" w14:textId="77777777" w:rsidR="00866A9A" w:rsidRDefault="000E5AA8">
            <w:pPr>
              <w:spacing w:after="0" w:line="240" w:lineRule="auto"/>
            </w:pPr>
            <w:r>
              <w:rPr>
                <w:sz w:val="20"/>
              </w:rPr>
              <w:t>• Insert the company logo in the dedicated field below.</w:t>
            </w:r>
          </w:p>
          <w:p w14:paraId="01144A1A" w14:textId="77777777" w:rsidR="00866A9A" w:rsidRDefault="000E5AA8">
            <w:pPr>
              <w:spacing w:after="0" w:line="240" w:lineRule="auto"/>
            </w:pPr>
            <w:r>
              <w:rPr>
                <w:sz w:val="20"/>
              </w:rPr>
              <w:t>• The declaration must be signed by an authorised representative, preferably using an electronic signature.</w:t>
            </w:r>
          </w:p>
          <w:p w14:paraId="026B8677" w14:textId="77777777" w:rsidR="00866A9A" w:rsidRDefault="000E5AA8">
            <w:pPr>
              <w:spacing w:after="0" w:line="240" w:lineRule="auto"/>
            </w:pPr>
            <w:r>
              <w:rPr>
                <w:sz w:val="20"/>
              </w:rPr>
              <w:t>• Upload the signed declaration to the Cluster Projects Tool. No postal submission is required.</w:t>
            </w:r>
          </w:p>
        </w:tc>
      </w:tr>
    </w:tbl>
    <w:p w14:paraId="3E680AD5" w14:textId="77777777" w:rsidR="00866A9A" w:rsidRDefault="00866A9A">
      <w:pPr>
        <w:spacing w:after="40"/>
      </w:pPr>
    </w:p>
    <w:tbl>
      <w:tblPr>
        <w:tblW w:w="0" w:type="auto"/>
        <w:tblLook w:val="04A0" w:firstRow="1" w:lastRow="0" w:firstColumn="1" w:lastColumn="0" w:noHBand="0" w:noVBand="1"/>
      </w:tblPr>
      <w:tblGrid>
        <w:gridCol w:w="10092"/>
      </w:tblGrid>
      <w:tr w:rsidR="00866A9A" w14:paraId="6491A20C" w14:textId="77777777">
        <w:tc>
          <w:tcPr>
            <w:tcW w:w="10092" w:type="dxa"/>
            <w:shd w:val="clear" w:color="auto" w:fill="1F2043"/>
            <w:tcMar>
              <w:top w:w="65" w:type="dxa"/>
              <w:left w:w="100" w:type="dxa"/>
              <w:bottom w:w="65" w:type="dxa"/>
              <w:right w:w="100" w:type="dxa"/>
            </w:tcMar>
          </w:tcPr>
          <w:p w14:paraId="3874669F" w14:textId="77777777" w:rsidR="00866A9A" w:rsidRDefault="000E5AA8">
            <w:r>
              <w:rPr>
                <w:rFonts w:eastAsia="Calibri" w:cs="Calibri"/>
                <w:b/>
                <w:color w:val="FFFFFF"/>
                <w:sz w:val="19"/>
              </w:rPr>
              <w:t>Applicant and project identification</w:t>
            </w:r>
          </w:p>
        </w:tc>
      </w:tr>
    </w:tbl>
    <w:tbl>
      <w:tblPr>
        <w:tblW w:w="9875" w:type="dxa"/>
        <w:jc w:val="center"/>
        <w:tblLayout w:type="fixed"/>
        <w:tblLook w:val="04A0" w:firstRow="1" w:lastRow="0" w:firstColumn="1" w:lastColumn="0" w:noHBand="0" w:noVBand="1"/>
      </w:tblPr>
      <w:tblGrid>
        <w:gridCol w:w="2722"/>
        <w:gridCol w:w="7153"/>
      </w:tblGrid>
      <w:tr w:rsidR="00866A9A" w14:paraId="1ADD6078" w14:textId="77777777" w:rsidTr="00A644FC">
        <w:trPr>
          <w:trHeight w:val="1215"/>
          <w:jc w:val="center"/>
        </w:trPr>
        <w:tc>
          <w:tcPr>
            <w:tcW w:w="2722" w:type="dxa"/>
            <w:vAlign w:val="center"/>
          </w:tcPr>
          <w:p w14:paraId="4202A0B8" w14:textId="77777777" w:rsidR="00866A9A" w:rsidRDefault="000E5AA8">
            <w:r>
              <w:rPr>
                <w:b/>
                <w:color w:val="1F2043"/>
                <w:sz w:val="18"/>
              </w:rPr>
              <w:t>Company logo</w:t>
            </w:r>
          </w:p>
        </w:tc>
        <w:tc>
          <w:tcPr>
            <w:tcW w:w="7153" w:type="dxa"/>
            <w:vAlign w:val="center"/>
          </w:tcPr>
          <w:p w14:paraId="79DC7E12" w14:textId="77777777" w:rsidR="00866A9A" w:rsidRDefault="000E5AA8">
            <w:pPr>
              <w:jc w:val="center"/>
            </w:pPr>
            <w:r>
              <w:rPr>
                <w:i/>
                <w:color w:val="6F7A89"/>
                <w:sz w:val="17"/>
              </w:rPr>
              <w:t>&lt;Insert company logo image here&gt;</w:t>
            </w:r>
          </w:p>
        </w:tc>
      </w:tr>
      <w:tr w:rsidR="00866A9A" w14:paraId="111FEF82" w14:textId="77777777" w:rsidTr="00A644FC">
        <w:trPr>
          <w:jc w:val="center"/>
        </w:trPr>
        <w:tc>
          <w:tcPr>
            <w:tcW w:w="2722" w:type="dxa"/>
            <w:tcBorders>
              <w:bottom w:val="single" w:sz="5" w:space="0" w:color="D9DDE3"/>
            </w:tcBorders>
            <w:shd w:val="clear" w:color="auto" w:fill="F8F9FB"/>
            <w:tcMar>
              <w:top w:w="75" w:type="dxa"/>
              <w:left w:w="90" w:type="dxa"/>
              <w:bottom w:w="75" w:type="dxa"/>
              <w:right w:w="90" w:type="dxa"/>
            </w:tcMar>
            <w:vAlign w:val="center"/>
          </w:tcPr>
          <w:p w14:paraId="39CA8CAC" w14:textId="77777777" w:rsidR="00866A9A" w:rsidRDefault="000E5AA8">
            <w:r>
              <w:rPr>
                <w:rFonts w:eastAsia="Calibri" w:cs="Calibri"/>
                <w:b/>
                <w:color w:val="1F2043"/>
                <w:sz w:val="18"/>
              </w:rPr>
              <w:t>Applicant legal name</w:t>
            </w:r>
          </w:p>
        </w:tc>
        <w:tc>
          <w:tcPr>
            <w:tcW w:w="7153" w:type="dxa"/>
            <w:tcBorders>
              <w:bottom w:val="single" w:sz="5" w:space="0" w:color="D9DDE3"/>
            </w:tcBorders>
            <w:shd w:val="clear" w:color="auto" w:fill="F4F9EF"/>
            <w:tcMar>
              <w:top w:w="75" w:type="dxa"/>
              <w:left w:w="90" w:type="dxa"/>
              <w:bottom w:w="75" w:type="dxa"/>
              <w:right w:w="90" w:type="dxa"/>
            </w:tcMar>
            <w:vAlign w:val="center"/>
          </w:tcPr>
          <w:p w14:paraId="2A837B5A" w14:textId="77777777" w:rsidR="00866A9A" w:rsidRDefault="000E5AA8">
            <w:r>
              <w:rPr>
                <w:rFonts w:eastAsia="Calibri" w:cs="Calibri"/>
                <w:i/>
                <w:color w:val="6B7280"/>
                <w:sz w:val="18"/>
              </w:rPr>
              <w:t>&lt;Organisation legal name&gt;</w:t>
            </w:r>
          </w:p>
        </w:tc>
      </w:tr>
      <w:tr w:rsidR="00866A9A" w14:paraId="626743A9" w14:textId="77777777" w:rsidTr="00A644FC">
        <w:trPr>
          <w:jc w:val="center"/>
        </w:trPr>
        <w:tc>
          <w:tcPr>
            <w:tcW w:w="2722" w:type="dxa"/>
            <w:tcBorders>
              <w:bottom w:val="single" w:sz="5" w:space="0" w:color="D9DDE3"/>
            </w:tcBorders>
            <w:shd w:val="clear" w:color="auto" w:fill="F8F9FB"/>
            <w:tcMar>
              <w:top w:w="75" w:type="dxa"/>
              <w:left w:w="90" w:type="dxa"/>
              <w:bottom w:w="75" w:type="dxa"/>
              <w:right w:w="90" w:type="dxa"/>
            </w:tcMar>
            <w:vAlign w:val="center"/>
          </w:tcPr>
          <w:p w14:paraId="11341077" w14:textId="77777777" w:rsidR="00866A9A" w:rsidRDefault="000E5AA8">
            <w:r>
              <w:rPr>
                <w:rFonts w:eastAsia="Calibri" w:cs="Calibri"/>
                <w:b/>
                <w:color w:val="1F2043"/>
                <w:sz w:val="18"/>
              </w:rPr>
              <w:t>Applicant full address</w:t>
            </w:r>
          </w:p>
        </w:tc>
        <w:tc>
          <w:tcPr>
            <w:tcW w:w="7153" w:type="dxa"/>
            <w:tcBorders>
              <w:bottom w:val="single" w:sz="5" w:space="0" w:color="D9DDE3"/>
            </w:tcBorders>
            <w:shd w:val="clear" w:color="auto" w:fill="F4F9EF"/>
            <w:tcMar>
              <w:top w:w="75" w:type="dxa"/>
              <w:left w:w="90" w:type="dxa"/>
              <w:bottom w:w="75" w:type="dxa"/>
              <w:right w:w="90" w:type="dxa"/>
            </w:tcMar>
            <w:vAlign w:val="center"/>
          </w:tcPr>
          <w:p w14:paraId="15686E97" w14:textId="77777777" w:rsidR="00866A9A" w:rsidRDefault="000E5AA8">
            <w:r>
              <w:rPr>
                <w:rFonts w:eastAsia="Calibri" w:cs="Calibri"/>
                <w:i/>
                <w:color w:val="6B7280"/>
                <w:sz w:val="18"/>
              </w:rPr>
              <w:t>&lt;Address, postcode, city, country&gt;</w:t>
            </w:r>
          </w:p>
        </w:tc>
      </w:tr>
      <w:tr w:rsidR="00866A9A" w14:paraId="0ECB3538" w14:textId="77777777" w:rsidTr="00A644FC">
        <w:trPr>
          <w:jc w:val="center"/>
        </w:trPr>
        <w:tc>
          <w:tcPr>
            <w:tcW w:w="2722" w:type="dxa"/>
            <w:tcBorders>
              <w:bottom w:val="single" w:sz="5" w:space="0" w:color="D9DDE3"/>
            </w:tcBorders>
            <w:shd w:val="clear" w:color="auto" w:fill="F8F9FB"/>
            <w:tcMar>
              <w:top w:w="75" w:type="dxa"/>
              <w:left w:w="90" w:type="dxa"/>
              <w:bottom w:w="75" w:type="dxa"/>
              <w:right w:w="90" w:type="dxa"/>
            </w:tcMar>
            <w:vAlign w:val="center"/>
          </w:tcPr>
          <w:p w14:paraId="2E9B9C10" w14:textId="77777777" w:rsidR="00866A9A" w:rsidRDefault="000E5AA8">
            <w:r>
              <w:rPr>
                <w:rFonts w:eastAsia="Calibri" w:cs="Calibri"/>
                <w:b/>
                <w:color w:val="1F2043"/>
                <w:sz w:val="18"/>
              </w:rPr>
              <w:t>Project name / acronym</w:t>
            </w:r>
          </w:p>
        </w:tc>
        <w:tc>
          <w:tcPr>
            <w:tcW w:w="7153" w:type="dxa"/>
            <w:tcBorders>
              <w:bottom w:val="single" w:sz="5" w:space="0" w:color="D9DDE3"/>
            </w:tcBorders>
            <w:shd w:val="clear" w:color="auto" w:fill="F4F9EF"/>
            <w:tcMar>
              <w:top w:w="75" w:type="dxa"/>
              <w:left w:w="90" w:type="dxa"/>
              <w:bottom w:w="75" w:type="dxa"/>
              <w:right w:w="90" w:type="dxa"/>
            </w:tcMar>
            <w:vAlign w:val="center"/>
          </w:tcPr>
          <w:p w14:paraId="22BEDA58" w14:textId="77777777" w:rsidR="00866A9A" w:rsidRDefault="000E5AA8">
            <w:r>
              <w:rPr>
                <w:rFonts w:eastAsia="Calibri" w:cs="Calibri"/>
                <w:i/>
                <w:color w:val="6B7280"/>
                <w:sz w:val="18"/>
              </w:rPr>
              <w:t>&lt;Full project title / acronym&gt;</w:t>
            </w:r>
          </w:p>
        </w:tc>
      </w:tr>
      <w:tr w:rsidR="00866A9A" w14:paraId="44408CCD" w14:textId="77777777" w:rsidTr="00A644FC">
        <w:trPr>
          <w:jc w:val="center"/>
        </w:trPr>
        <w:tc>
          <w:tcPr>
            <w:tcW w:w="2722" w:type="dxa"/>
            <w:tcBorders>
              <w:bottom w:val="single" w:sz="5" w:space="0" w:color="D9DDE3"/>
            </w:tcBorders>
            <w:shd w:val="clear" w:color="auto" w:fill="F8F9FB"/>
            <w:tcMar>
              <w:top w:w="75" w:type="dxa"/>
              <w:left w:w="90" w:type="dxa"/>
              <w:bottom w:w="75" w:type="dxa"/>
              <w:right w:w="90" w:type="dxa"/>
            </w:tcMar>
            <w:vAlign w:val="center"/>
          </w:tcPr>
          <w:p w14:paraId="24C55141" w14:textId="77777777" w:rsidR="00866A9A" w:rsidRDefault="000E5AA8">
            <w:r>
              <w:rPr>
                <w:rFonts w:eastAsia="Calibri" w:cs="Calibri"/>
                <w:b/>
                <w:color w:val="1F2043"/>
                <w:sz w:val="18"/>
              </w:rPr>
              <w:t>Call</w:t>
            </w:r>
          </w:p>
        </w:tc>
        <w:tc>
          <w:tcPr>
            <w:tcW w:w="7153" w:type="dxa"/>
            <w:tcBorders>
              <w:bottom w:val="single" w:sz="5" w:space="0" w:color="D9DDE3"/>
            </w:tcBorders>
            <w:shd w:val="clear" w:color="auto" w:fill="F4F9EF"/>
            <w:tcMar>
              <w:top w:w="75" w:type="dxa"/>
              <w:left w:w="90" w:type="dxa"/>
              <w:bottom w:w="75" w:type="dxa"/>
              <w:right w:w="90" w:type="dxa"/>
            </w:tcMar>
            <w:vAlign w:val="center"/>
          </w:tcPr>
          <w:p w14:paraId="40CAEF06" w14:textId="77777777" w:rsidR="00866A9A" w:rsidRDefault="000E5AA8">
            <w:r>
              <w:rPr>
                <w:rFonts w:eastAsia="Calibri" w:cs="Calibri"/>
                <w:i/>
                <w:color w:val="6B7280"/>
                <w:sz w:val="18"/>
              </w:rPr>
              <w:t>&lt;Call number&gt;</w:t>
            </w:r>
          </w:p>
        </w:tc>
      </w:tr>
      <w:tr w:rsidR="00866A9A" w14:paraId="75AD0204" w14:textId="77777777" w:rsidTr="00A644FC">
        <w:trPr>
          <w:jc w:val="center"/>
        </w:trPr>
        <w:tc>
          <w:tcPr>
            <w:tcW w:w="2722" w:type="dxa"/>
            <w:tcBorders>
              <w:bottom w:val="single" w:sz="5" w:space="0" w:color="D9DDE3"/>
            </w:tcBorders>
            <w:shd w:val="clear" w:color="auto" w:fill="F8F9FB"/>
            <w:tcMar>
              <w:top w:w="75" w:type="dxa"/>
              <w:left w:w="90" w:type="dxa"/>
              <w:bottom w:w="75" w:type="dxa"/>
              <w:right w:w="90" w:type="dxa"/>
            </w:tcMar>
            <w:vAlign w:val="center"/>
          </w:tcPr>
          <w:p w14:paraId="7B666338" w14:textId="77777777" w:rsidR="00866A9A" w:rsidRDefault="000E5AA8">
            <w:r>
              <w:rPr>
                <w:rFonts w:eastAsia="Calibri" w:cs="Calibri"/>
                <w:b/>
                <w:color w:val="1F2043"/>
                <w:sz w:val="18"/>
              </w:rPr>
              <w:t>Date</w:t>
            </w:r>
          </w:p>
        </w:tc>
        <w:tc>
          <w:tcPr>
            <w:tcW w:w="7153" w:type="dxa"/>
            <w:tcBorders>
              <w:bottom w:val="single" w:sz="5" w:space="0" w:color="D9DDE3"/>
            </w:tcBorders>
            <w:shd w:val="clear" w:color="auto" w:fill="F4F9EF"/>
            <w:tcMar>
              <w:top w:w="75" w:type="dxa"/>
              <w:left w:w="90" w:type="dxa"/>
              <w:bottom w:w="75" w:type="dxa"/>
              <w:right w:w="90" w:type="dxa"/>
            </w:tcMar>
            <w:vAlign w:val="center"/>
          </w:tcPr>
          <w:p w14:paraId="21F957E0" w14:textId="77777777" w:rsidR="00866A9A" w:rsidRDefault="000E5AA8">
            <w:r>
              <w:rPr>
                <w:rFonts w:eastAsia="Calibri" w:cs="Calibri"/>
                <w:i/>
                <w:color w:val="6B7280"/>
                <w:sz w:val="18"/>
              </w:rPr>
              <w:t>&lt;dd/mm/yyyy&gt;</w:t>
            </w:r>
          </w:p>
        </w:tc>
      </w:tr>
    </w:tbl>
    <w:p w14:paraId="093344E6" w14:textId="77777777" w:rsidR="00866A9A" w:rsidRDefault="000E5AA8">
      <w:pPr>
        <w:spacing w:before="140" w:after="40"/>
      </w:pPr>
      <w:r>
        <w:rPr>
          <w:rFonts w:eastAsia="Calibri" w:cs="Calibri"/>
          <w:b/>
          <w:color w:val="1F2043"/>
          <w:sz w:val="18"/>
        </w:rPr>
        <w:t>To be addressed to:</w:t>
      </w:r>
    </w:p>
    <w:p w14:paraId="0EE6DF55" w14:textId="77777777" w:rsidR="00866A9A" w:rsidRDefault="000E5AA8">
      <w:pPr>
        <w:spacing w:after="120" w:line="240" w:lineRule="auto"/>
      </w:pPr>
      <w:r>
        <w:rPr>
          <w:rFonts w:eastAsia="Calibri" w:cs="Calibri"/>
          <w:sz w:val="18"/>
        </w:rPr>
        <w:t>SMART EUREKA Cluster International Association’s Board</w:t>
      </w:r>
      <w:r>
        <w:rPr>
          <w:rFonts w:eastAsia="Calibri" w:cs="Calibri"/>
          <w:sz w:val="18"/>
        </w:rPr>
        <w:br/>
        <w:t>Paseo Mikeletegi, 59</w:t>
      </w:r>
      <w:r>
        <w:rPr>
          <w:rFonts w:eastAsia="Calibri" w:cs="Calibri"/>
          <w:sz w:val="18"/>
        </w:rPr>
        <w:br/>
        <w:t>20009 Donostia - San Sebastián, Spain</w:t>
      </w:r>
    </w:p>
    <w:tbl>
      <w:tblPr>
        <w:tblW w:w="0" w:type="auto"/>
        <w:tblLook w:val="04A0" w:firstRow="1" w:lastRow="0" w:firstColumn="1" w:lastColumn="0" w:noHBand="0" w:noVBand="1"/>
      </w:tblPr>
      <w:tblGrid>
        <w:gridCol w:w="10092"/>
      </w:tblGrid>
      <w:tr w:rsidR="00866A9A" w14:paraId="43D439B8" w14:textId="77777777">
        <w:tc>
          <w:tcPr>
            <w:tcW w:w="10092" w:type="dxa"/>
            <w:shd w:val="clear" w:color="auto" w:fill="1F2043"/>
            <w:tcMar>
              <w:top w:w="65" w:type="dxa"/>
              <w:left w:w="100" w:type="dxa"/>
              <w:bottom w:w="65" w:type="dxa"/>
              <w:right w:w="100" w:type="dxa"/>
            </w:tcMar>
          </w:tcPr>
          <w:p w14:paraId="4A12870F" w14:textId="77777777" w:rsidR="00866A9A" w:rsidRDefault="000E5AA8">
            <w:r>
              <w:rPr>
                <w:rFonts w:eastAsia="Calibri" w:cs="Calibri"/>
                <w:b/>
                <w:color w:val="FFFFFF"/>
                <w:sz w:val="19"/>
              </w:rPr>
              <w:t>Acceptance of SMART rules</w:t>
            </w:r>
          </w:p>
        </w:tc>
      </w:tr>
    </w:tbl>
    <w:p w14:paraId="3FB71791" w14:textId="77777777" w:rsidR="00866A9A" w:rsidRDefault="000E5AA8">
      <w:r>
        <w:rPr>
          <w:rFonts w:eastAsia="Calibri" w:cs="Calibri"/>
          <w:sz w:val="19"/>
        </w:rPr>
        <w:t>The undersigned is a voluntary applicant for a SMART Label for a SMART Project and acknowledges that the SMART Label is optional, the applicant having at all times the possibility to submit the project through other channels.</w:t>
      </w:r>
    </w:p>
    <w:p w14:paraId="6E0FF9B4" w14:textId="77777777" w:rsidR="00866A9A" w:rsidRDefault="000E5AA8">
      <w:r>
        <w:rPr>
          <w:rFonts w:eastAsia="Calibri" w:cs="Calibri"/>
          <w:sz w:val="19"/>
        </w:rPr>
        <w:t>The undersigned accepts and acknowledges all regulations applying to SMART Projects laid down in the SMART EUREKA Framework Agreement and in the Regulations, as being applicable to all SMART Projects. It is understood that the undersigned will receive the relevant general information related to the execution of the SMART programme.</w:t>
      </w:r>
    </w:p>
    <w:tbl>
      <w:tblPr>
        <w:tblW w:w="0" w:type="auto"/>
        <w:tblLook w:val="04A0" w:firstRow="1" w:lastRow="0" w:firstColumn="1" w:lastColumn="0" w:noHBand="0" w:noVBand="1"/>
      </w:tblPr>
      <w:tblGrid>
        <w:gridCol w:w="10092"/>
      </w:tblGrid>
      <w:tr w:rsidR="00866A9A" w14:paraId="611050CB" w14:textId="77777777">
        <w:tc>
          <w:tcPr>
            <w:tcW w:w="10092" w:type="dxa"/>
            <w:shd w:val="clear" w:color="auto" w:fill="1F2043"/>
            <w:tcMar>
              <w:top w:w="65" w:type="dxa"/>
              <w:left w:w="100" w:type="dxa"/>
              <w:bottom w:w="65" w:type="dxa"/>
              <w:right w:w="100" w:type="dxa"/>
            </w:tcMar>
          </w:tcPr>
          <w:p w14:paraId="75EB5B09" w14:textId="77777777" w:rsidR="00866A9A" w:rsidRDefault="000E5AA8">
            <w:r>
              <w:rPr>
                <w:rFonts w:eastAsia="Calibri" w:cs="Calibri"/>
                <w:b/>
                <w:color w:val="FFFFFF"/>
                <w:sz w:val="19"/>
              </w:rPr>
              <w:t>Authorised signature</w:t>
            </w:r>
          </w:p>
        </w:tc>
      </w:tr>
    </w:tbl>
    <w:tbl>
      <w:tblPr>
        <w:tblW w:w="0" w:type="auto"/>
        <w:jc w:val="center"/>
        <w:tblLayout w:type="fixed"/>
        <w:tblLook w:val="04A0" w:firstRow="1" w:lastRow="0" w:firstColumn="1" w:lastColumn="0" w:noHBand="0" w:noVBand="1"/>
      </w:tblPr>
      <w:tblGrid>
        <w:gridCol w:w="2007"/>
        <w:gridCol w:w="2007"/>
        <w:gridCol w:w="2007"/>
        <w:gridCol w:w="2007"/>
        <w:gridCol w:w="2007"/>
      </w:tblGrid>
      <w:tr w:rsidR="00866A9A" w14:paraId="08F59E3D" w14:textId="77777777">
        <w:trPr>
          <w:jc w:val="center"/>
        </w:trPr>
        <w:tc>
          <w:tcPr>
            <w:tcW w:w="2007" w:type="dxa"/>
            <w:tcBorders>
              <w:bottom w:val="single" w:sz="5" w:space="0" w:color="D9DDE3"/>
            </w:tcBorders>
            <w:shd w:val="clear" w:color="auto" w:fill="F8F9FB"/>
            <w:tcMar>
              <w:top w:w="70" w:type="dxa"/>
              <w:left w:w="80" w:type="dxa"/>
              <w:bottom w:w="70" w:type="dxa"/>
              <w:right w:w="80" w:type="dxa"/>
            </w:tcMar>
          </w:tcPr>
          <w:p w14:paraId="49F86492" w14:textId="77777777" w:rsidR="00866A9A" w:rsidRDefault="000E5AA8">
            <w:pPr>
              <w:jc w:val="center"/>
            </w:pPr>
            <w:r>
              <w:rPr>
                <w:rFonts w:eastAsia="Calibri" w:cs="Calibri"/>
                <w:b/>
                <w:color w:val="1F2043"/>
                <w:sz w:val="17"/>
              </w:rPr>
              <w:t>Signed on behalf of</w:t>
            </w:r>
          </w:p>
        </w:tc>
        <w:tc>
          <w:tcPr>
            <w:tcW w:w="2007" w:type="dxa"/>
            <w:tcBorders>
              <w:bottom w:val="single" w:sz="5" w:space="0" w:color="D9DDE3"/>
            </w:tcBorders>
            <w:shd w:val="clear" w:color="auto" w:fill="F8F9FB"/>
            <w:tcMar>
              <w:top w:w="70" w:type="dxa"/>
              <w:left w:w="80" w:type="dxa"/>
              <w:bottom w:w="70" w:type="dxa"/>
              <w:right w:w="80" w:type="dxa"/>
            </w:tcMar>
          </w:tcPr>
          <w:p w14:paraId="5937134C" w14:textId="77777777" w:rsidR="00866A9A" w:rsidRDefault="000E5AA8">
            <w:pPr>
              <w:jc w:val="center"/>
            </w:pPr>
            <w:r>
              <w:rPr>
                <w:rFonts w:eastAsia="Calibri" w:cs="Calibri"/>
                <w:b/>
                <w:color w:val="1F2043"/>
                <w:sz w:val="17"/>
              </w:rPr>
              <w:t>Name</w:t>
            </w:r>
          </w:p>
        </w:tc>
        <w:tc>
          <w:tcPr>
            <w:tcW w:w="2007" w:type="dxa"/>
            <w:tcBorders>
              <w:bottom w:val="single" w:sz="5" w:space="0" w:color="D9DDE3"/>
            </w:tcBorders>
            <w:shd w:val="clear" w:color="auto" w:fill="F8F9FB"/>
            <w:tcMar>
              <w:top w:w="70" w:type="dxa"/>
              <w:left w:w="80" w:type="dxa"/>
              <w:bottom w:w="70" w:type="dxa"/>
              <w:right w:w="80" w:type="dxa"/>
            </w:tcMar>
          </w:tcPr>
          <w:p w14:paraId="30EC37C8" w14:textId="77777777" w:rsidR="00866A9A" w:rsidRDefault="000E5AA8">
            <w:pPr>
              <w:jc w:val="center"/>
            </w:pPr>
            <w:r>
              <w:rPr>
                <w:rFonts w:eastAsia="Calibri" w:cs="Calibri"/>
                <w:b/>
                <w:color w:val="1F2043"/>
                <w:sz w:val="17"/>
              </w:rPr>
              <w:t>Title</w:t>
            </w:r>
          </w:p>
        </w:tc>
        <w:tc>
          <w:tcPr>
            <w:tcW w:w="2007" w:type="dxa"/>
            <w:tcBorders>
              <w:bottom w:val="single" w:sz="5" w:space="0" w:color="D9DDE3"/>
            </w:tcBorders>
            <w:shd w:val="clear" w:color="auto" w:fill="F8F9FB"/>
            <w:tcMar>
              <w:top w:w="70" w:type="dxa"/>
              <w:left w:w="80" w:type="dxa"/>
              <w:bottom w:w="70" w:type="dxa"/>
              <w:right w:w="80" w:type="dxa"/>
            </w:tcMar>
          </w:tcPr>
          <w:p w14:paraId="7124C015" w14:textId="77777777" w:rsidR="00866A9A" w:rsidRDefault="000E5AA8">
            <w:pPr>
              <w:jc w:val="center"/>
            </w:pPr>
            <w:r>
              <w:rPr>
                <w:rFonts w:eastAsia="Calibri" w:cs="Calibri"/>
                <w:b/>
                <w:color w:val="1F2043"/>
                <w:sz w:val="17"/>
              </w:rPr>
              <w:t>Date</w:t>
            </w:r>
          </w:p>
        </w:tc>
        <w:tc>
          <w:tcPr>
            <w:tcW w:w="2007" w:type="dxa"/>
            <w:tcBorders>
              <w:bottom w:val="single" w:sz="5" w:space="0" w:color="D9DDE3"/>
            </w:tcBorders>
            <w:shd w:val="clear" w:color="auto" w:fill="F8F9FB"/>
            <w:tcMar>
              <w:top w:w="70" w:type="dxa"/>
              <w:left w:w="80" w:type="dxa"/>
              <w:bottom w:w="70" w:type="dxa"/>
              <w:right w:w="80" w:type="dxa"/>
            </w:tcMar>
          </w:tcPr>
          <w:p w14:paraId="29E9C9F6" w14:textId="77777777" w:rsidR="00866A9A" w:rsidRDefault="000E5AA8">
            <w:pPr>
              <w:jc w:val="center"/>
            </w:pPr>
            <w:r>
              <w:rPr>
                <w:rFonts w:eastAsia="Calibri" w:cs="Calibri"/>
                <w:b/>
                <w:color w:val="1F2043"/>
                <w:sz w:val="17"/>
              </w:rPr>
              <w:t>Signature (electronic preferred)</w:t>
            </w:r>
          </w:p>
        </w:tc>
      </w:tr>
      <w:tr w:rsidR="00866A9A" w14:paraId="67DD1B82" w14:textId="77777777">
        <w:trPr>
          <w:jc w:val="center"/>
        </w:trPr>
        <w:tc>
          <w:tcPr>
            <w:tcW w:w="2007" w:type="dxa"/>
            <w:tcBorders>
              <w:bottom w:val="single" w:sz="5" w:space="0" w:color="D9DDE3"/>
            </w:tcBorders>
            <w:shd w:val="clear" w:color="auto" w:fill="F4F9EF"/>
            <w:tcMar>
              <w:top w:w="180" w:type="dxa"/>
              <w:left w:w="80" w:type="dxa"/>
              <w:bottom w:w="180" w:type="dxa"/>
              <w:right w:w="80" w:type="dxa"/>
            </w:tcMar>
          </w:tcPr>
          <w:p w14:paraId="51C442A8" w14:textId="77777777" w:rsidR="00866A9A" w:rsidRDefault="000E5AA8">
            <w:pPr>
              <w:jc w:val="center"/>
            </w:pPr>
            <w:r>
              <w:rPr>
                <w:rFonts w:eastAsia="Calibri" w:cs="Calibri"/>
                <w:i/>
                <w:color w:val="6B7280"/>
                <w:sz w:val="17"/>
              </w:rPr>
              <w:t>&lt;Organisation short name&gt;</w:t>
            </w:r>
          </w:p>
        </w:tc>
        <w:tc>
          <w:tcPr>
            <w:tcW w:w="2007" w:type="dxa"/>
            <w:tcBorders>
              <w:bottom w:val="single" w:sz="5" w:space="0" w:color="D9DDE3"/>
            </w:tcBorders>
            <w:shd w:val="clear" w:color="auto" w:fill="F4F9EF"/>
            <w:tcMar>
              <w:top w:w="180" w:type="dxa"/>
              <w:left w:w="80" w:type="dxa"/>
              <w:bottom w:w="180" w:type="dxa"/>
              <w:right w:w="80" w:type="dxa"/>
            </w:tcMar>
          </w:tcPr>
          <w:p w14:paraId="713DFF38" w14:textId="77777777" w:rsidR="00866A9A" w:rsidRDefault="000E5AA8">
            <w:pPr>
              <w:jc w:val="center"/>
            </w:pPr>
            <w:r>
              <w:rPr>
                <w:rFonts w:eastAsia="Calibri" w:cs="Calibri"/>
                <w:i/>
                <w:color w:val="6B7280"/>
                <w:sz w:val="17"/>
              </w:rPr>
              <w:t>&lt;Name&gt;</w:t>
            </w:r>
          </w:p>
        </w:tc>
        <w:tc>
          <w:tcPr>
            <w:tcW w:w="2007" w:type="dxa"/>
            <w:tcBorders>
              <w:bottom w:val="single" w:sz="5" w:space="0" w:color="D9DDE3"/>
            </w:tcBorders>
            <w:shd w:val="clear" w:color="auto" w:fill="F4F9EF"/>
            <w:tcMar>
              <w:top w:w="180" w:type="dxa"/>
              <w:left w:w="80" w:type="dxa"/>
              <w:bottom w:w="180" w:type="dxa"/>
              <w:right w:w="80" w:type="dxa"/>
            </w:tcMar>
          </w:tcPr>
          <w:p w14:paraId="7274FF87" w14:textId="77777777" w:rsidR="00866A9A" w:rsidRDefault="000E5AA8">
            <w:pPr>
              <w:jc w:val="center"/>
            </w:pPr>
            <w:r>
              <w:rPr>
                <w:rFonts w:eastAsia="Calibri" w:cs="Calibri"/>
                <w:i/>
                <w:color w:val="6B7280"/>
                <w:sz w:val="17"/>
              </w:rPr>
              <w:t>&lt;Title&gt;</w:t>
            </w:r>
          </w:p>
        </w:tc>
        <w:tc>
          <w:tcPr>
            <w:tcW w:w="2007" w:type="dxa"/>
            <w:tcBorders>
              <w:bottom w:val="single" w:sz="5" w:space="0" w:color="D9DDE3"/>
            </w:tcBorders>
            <w:shd w:val="clear" w:color="auto" w:fill="F4F9EF"/>
            <w:tcMar>
              <w:top w:w="180" w:type="dxa"/>
              <w:left w:w="80" w:type="dxa"/>
              <w:bottom w:w="180" w:type="dxa"/>
              <w:right w:w="80" w:type="dxa"/>
            </w:tcMar>
          </w:tcPr>
          <w:p w14:paraId="0D7BC55F" w14:textId="77777777" w:rsidR="00866A9A" w:rsidRDefault="000E5AA8">
            <w:pPr>
              <w:jc w:val="center"/>
            </w:pPr>
            <w:r>
              <w:rPr>
                <w:rFonts w:eastAsia="Calibri" w:cs="Calibri"/>
                <w:i/>
                <w:color w:val="6B7280"/>
                <w:sz w:val="17"/>
              </w:rPr>
              <w:t>&lt;dd/mm/yyyy&gt;</w:t>
            </w:r>
          </w:p>
        </w:tc>
        <w:tc>
          <w:tcPr>
            <w:tcW w:w="2007" w:type="dxa"/>
            <w:tcBorders>
              <w:bottom w:val="single" w:sz="5" w:space="0" w:color="D9DDE3"/>
            </w:tcBorders>
            <w:shd w:val="clear" w:color="auto" w:fill="F4F9EF"/>
            <w:tcMar>
              <w:top w:w="180" w:type="dxa"/>
              <w:left w:w="80" w:type="dxa"/>
              <w:bottom w:w="180" w:type="dxa"/>
              <w:right w:w="80" w:type="dxa"/>
            </w:tcMar>
          </w:tcPr>
          <w:p w14:paraId="604F9391" w14:textId="77777777" w:rsidR="00866A9A" w:rsidRDefault="000E5AA8">
            <w:pPr>
              <w:jc w:val="center"/>
            </w:pPr>
            <w:r>
              <w:rPr>
                <w:rFonts w:eastAsia="Calibri" w:cs="Calibri"/>
                <w:i/>
                <w:color w:val="6B7280"/>
                <w:sz w:val="17"/>
              </w:rPr>
              <w:t>&lt;Authorised signature&gt;</w:t>
            </w:r>
          </w:p>
        </w:tc>
      </w:tr>
    </w:tbl>
    <w:p w14:paraId="28753168" w14:textId="77777777" w:rsidR="000E5AA8" w:rsidRDefault="000E5AA8"/>
    <w:sectPr w:rsidR="000E5AA8" w:rsidSect="00034616">
      <w:headerReference w:type="default" r:id="rId8"/>
      <w:footerReference w:type="default" r:id="rId9"/>
      <w:headerReference w:type="first" r:id="rId12"/>
      <w:footerReference w:type="first" r:id="rId13"/>
      <w:headerReference w:type="even" r:id="rId14"/>
      <w:footerReference w:type="even" r:id="rId15"/>
      <w:pgSz w:w="11906" w:h="16838"/>
      <w:pgMar w:top="794" w:right="907" w:bottom="709" w:left="907"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A905A" w14:textId="77777777" w:rsidR="000E5AA8" w:rsidRDefault="000E5AA8">
      <w:pPr>
        <w:spacing w:after="0" w:line="240" w:lineRule="auto"/>
      </w:pPr>
      <w:r>
        <w:separator/>
      </w:r>
    </w:p>
  </w:endnote>
  <w:endnote w:type="continuationSeparator" w:id="0">
    <w:p w14:paraId="65A07485" w14:textId="77777777" w:rsidR="000E5AA8" w:rsidRDefault="000E5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6A4F0" w14:textId="77777777" w:rsidR="00866A9A" w:rsidRDefault="00866A9A">
    <w:pPr>
      <w:pStyle w:val="Piedepgina"/>
    </w:pPr>
  </w:p>
  <w:tbl>
    <w:tblPr>
      <w:tblW w:w="0" w:type="auto"/>
      <w:jc w:val="center"/>
      <w:tblLook w:val="04A0" w:firstRow="1" w:lastRow="0" w:firstColumn="1" w:lastColumn="0" w:noHBand="0" w:noVBand="1"/>
    </w:tblPr>
    <w:tblGrid>
      <w:gridCol w:w="3364"/>
      <w:gridCol w:w="3364"/>
      <w:gridCol w:w="3364"/>
    </w:tblGrid>
    <w:tr w:rsidR="00866A9A" w14:paraId="167A67AE" w14:textId="77777777">
      <w:trPr>
        <w:jc w:val="center"/>
      </w:trPr>
      <w:tc>
        <w:tcPr>
          <w:tcW w:w="3364" w:type="dxa"/>
          <w:tcBorders>
            <w:top w:val="single" w:sz="8" w:space="0" w:color="1F2043"/>
          </w:tcBorders>
          <w:tcMar>
            <w:top w:w="35" w:type="dxa"/>
            <w:left w:w="0" w:type="dxa"/>
            <w:bottom w:w="0" w:type="dxa"/>
            <w:right w:w="0" w:type="dxa"/>
          </w:tcMar>
        </w:tcPr>
        <w:p w14:paraId="002263C2" w14:textId="77777777" w:rsidR="00866A9A" w:rsidRDefault="000E5AA8">
          <w:r>
            <w:rPr>
              <w:rFonts w:eastAsia="Calibri" w:cs="Calibri"/>
              <w:color w:val="6B7280"/>
              <w:sz w:val="16"/>
            </w:rPr>
            <w:t>SMART EUREKA Cluster</w:t>
          </w:r>
        </w:p>
      </w:tc>
      <w:tc>
        <w:tcPr>
          <w:tcW w:w="3364" w:type="dxa"/>
          <w:tcBorders>
            <w:top w:val="single" w:sz="8" w:space="0" w:color="1F2043"/>
          </w:tcBorders>
          <w:tcMar>
            <w:top w:w="35" w:type="dxa"/>
            <w:left w:w="0" w:type="dxa"/>
            <w:bottom w:w="0" w:type="dxa"/>
            <w:right w:w="0" w:type="dxa"/>
          </w:tcMar>
        </w:tcPr>
        <w:p w14:paraId="4259B16A" w14:textId="77777777" w:rsidR="00866A9A" w:rsidRDefault="000E5AA8">
          <w:pPr>
            <w:jc w:val="center"/>
          </w:pPr>
          <w:r>
            <w:rPr>
              <w:rFonts w:eastAsia="Calibri" w:cs="Calibri"/>
              <w:color w:val="6B7280"/>
              <w:sz w:val="16"/>
            </w:rPr>
            <w:t>Template</w:t>
          </w:r>
        </w:p>
      </w:tc>
      <w:tc>
        <w:tcPr>
          <w:tcW w:w="3364" w:type="dxa"/>
          <w:tcBorders>
            <w:top w:val="single" w:sz="8" w:space="0" w:color="1F2043"/>
          </w:tcBorders>
          <w:tcMar>
            <w:top w:w="35" w:type="dxa"/>
            <w:left w:w="0" w:type="dxa"/>
            <w:bottom w:w="0" w:type="dxa"/>
            <w:right w:w="0" w:type="dxa"/>
          </w:tcMar>
        </w:tcPr>
        <w:p w14:paraId="05F8023C" w14:textId="77777777" w:rsidR="00866A9A" w:rsidRDefault="000E5AA8">
          <w:pPr>
            <w:jc w:val="right"/>
          </w:pPr>
          <w:r>
            <w:rPr>
              <w:rFonts w:eastAsia="Calibri" w:cs="Calibri"/>
              <w:color w:val="6B7280"/>
              <w:sz w:val="16"/>
            </w:rPr>
            <w:fldChar w:fldCharType="begin"/>
          </w:r>
          <w:r>
            <w:rPr>
              <w:rFonts w:eastAsia="Calibri" w:cs="Calibri"/>
              <w:color w:val="6B7280"/>
              <w:sz w:val="16"/>
            </w:rPr>
            <w:instrText xml:space="preserve"> PAGE </w:instrText>
          </w:r>
          <w:r w:rsidR="00A644FC">
            <w:rPr>
              <w:rFonts w:eastAsia="Calibri" w:cs="Calibri"/>
              <w:color w:val="6B7280"/>
              <w:sz w:val="16"/>
            </w:rPr>
            <w:fldChar w:fldCharType="separate"/>
          </w:r>
          <w:r w:rsidR="00A644FC">
            <w:rPr>
              <w:rFonts w:eastAsia="Calibri" w:cs="Calibri"/>
              <w:noProof/>
              <w:color w:val="6B7280"/>
              <w:sz w:val="16"/>
            </w:rPr>
            <w:t>1</w:t>
          </w:r>
          <w:r>
            <w:rPr>
              <w:rFonts w:eastAsia="Calibri" w:cs="Calibri"/>
              <w:color w:val="6B7280"/>
              <w:sz w:val="16"/>
            </w:rPr>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B0D4" w14:textId="77777777" w:rsidR="000E5AA8" w:rsidRDefault="000E5AA8">
      <w:pPr>
        <w:spacing w:after="0" w:line="240" w:lineRule="auto"/>
      </w:pPr>
      <w:r>
        <w:separator/>
      </w:r>
    </w:p>
  </w:footnote>
  <w:footnote w:type="continuationSeparator" w:id="0">
    <w:p w14:paraId="12E16BFC" w14:textId="77777777" w:rsidR="000E5AA8" w:rsidRDefault="000E5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0EFC8" w14:textId="77777777" w:rsidR="00866A9A" w:rsidRDefault="00866A9A">
    <w:pPr>
      <w:pStyle w:val="Encabezado"/>
    </w:pPr>
  </w:p>
  <w:tbl>
    <w:tblPr>
      <w:tblW w:w="0" w:type="auto"/>
      <w:jc w:val="center"/>
      <w:tblLook w:val="04A0" w:firstRow="1" w:lastRow="0" w:firstColumn="1" w:lastColumn="0" w:noHBand="0" w:noVBand="1"/>
    </w:tblPr>
    <w:tblGrid>
      <w:gridCol w:w="5046"/>
      <w:gridCol w:w="5046"/>
    </w:tblGrid>
    <w:tr w:rsidR="00866A9A" w14:paraId="75427F6E" w14:textId="77777777">
      <w:trPr>
        <w:jc w:val="center"/>
      </w:trPr>
      <w:tc>
        <w:tcPr>
          <w:tcW w:w="5046" w:type="dxa"/>
          <w:tcBorders>
            <w:bottom w:val="single" w:sz="10" w:space="0" w:color="75B743"/>
          </w:tcBorders>
          <w:tcMar>
            <w:top w:w="0" w:type="dxa"/>
            <w:left w:w="0" w:type="dxa"/>
            <w:bottom w:w="35" w:type="dxa"/>
            <w:right w:w="0" w:type="dxa"/>
          </w:tcMar>
        </w:tcPr>
        <w:p w14:paraId="1F8BA38D" w14:textId="77777777" w:rsidR="00866A9A" w:rsidRDefault="000E5AA8">
          <w:r>
            <w:rPr>
              <w:noProof/>
            </w:rPr>
            <w:drawing>
              <wp:inline distT="0" distB="0" distL="0" distR="0" wp14:anchorId="7EC2FA4E" wp14:editId="19098B02">
                <wp:extent cx="1080000" cy="3111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rt_logo.png"/>
                        <pic:cNvPicPr/>
                      </pic:nvPicPr>
                      <pic:blipFill>
                        <a:blip r:embed="rId1"/>
                        <a:stretch>
                          <a:fillRect/>
                        </a:stretch>
                      </pic:blipFill>
                      <pic:spPr>
                        <a:xfrm>
                          <a:off x="0" y="0"/>
                          <a:ext cx="1080000" cy="311131"/>
                        </a:xfrm>
                        <a:prstGeom prst="rect">
                          <a:avLst/>
                        </a:prstGeom>
                      </pic:spPr>
                    </pic:pic>
                  </a:graphicData>
                </a:graphic>
              </wp:inline>
            </w:drawing>
          </w:r>
        </w:p>
      </w:tc>
      <w:tc>
        <w:tcPr>
          <w:tcW w:w="5046" w:type="dxa"/>
          <w:tcBorders>
            <w:bottom w:val="single" w:sz="10" w:space="0" w:color="75B743"/>
          </w:tcBorders>
          <w:tcMar>
            <w:top w:w="0" w:type="dxa"/>
            <w:left w:w="0" w:type="dxa"/>
            <w:bottom w:w="35" w:type="dxa"/>
            <w:right w:w="0" w:type="dxa"/>
          </w:tcMar>
        </w:tcPr>
        <w:p w14:paraId="4B0E0E2C" w14:textId="77777777" w:rsidR="00866A9A" w:rsidRDefault="000E5AA8">
          <w:pPr>
            <w:jc w:val="right"/>
          </w:pPr>
          <w:r>
            <w:rPr>
              <w:rFonts w:eastAsia="Calibri" w:cs="Calibri"/>
              <w:b/>
              <w:color w:val="1F2043"/>
              <w:sz w:val="17"/>
            </w:rPr>
            <w:t>DECLARATION OF ACCEPTANCE</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386106826">
    <w:abstractNumId w:val="8"/>
  </w:num>
  <w:num w:numId="2" w16cid:durableId="181404123">
    <w:abstractNumId w:val="6"/>
  </w:num>
  <w:num w:numId="3" w16cid:durableId="749304519">
    <w:abstractNumId w:val="5"/>
  </w:num>
  <w:num w:numId="4" w16cid:durableId="466897278">
    <w:abstractNumId w:val="4"/>
  </w:num>
  <w:num w:numId="5" w16cid:durableId="2007172966">
    <w:abstractNumId w:val="7"/>
  </w:num>
  <w:num w:numId="6" w16cid:durableId="919220258">
    <w:abstractNumId w:val="3"/>
  </w:num>
  <w:num w:numId="7" w16cid:durableId="338235091">
    <w:abstractNumId w:val="2"/>
  </w:num>
  <w:num w:numId="8" w16cid:durableId="823282382">
    <w:abstractNumId w:val="1"/>
  </w:num>
  <w:num w:numId="9" w16cid:durableId="1984195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5AA8"/>
    <w:rsid w:val="0015074B"/>
    <w:rsid w:val="0029639D"/>
    <w:rsid w:val="00326F90"/>
    <w:rsid w:val="003856C5"/>
    <w:rsid w:val="00866A9A"/>
    <w:rsid w:val="00A644F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DC780F"/>
  <w14:defaultImageDpi w14:val="300"/>
  <w15:docId w15:val="{41A8EBB6-A607-4F3C-A6B0-12241C38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222222"/>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1F2043"/>
      <w:sz w:val="30"/>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1F2043"/>
      <w:sz w:val="23"/>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75B743"/>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2043"/>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Aritz Arteche</cp:lastModifiedBy>
  <cp:revision>2</cp:revision>
  <dcterms:created xsi:type="dcterms:W3CDTF">2013-12-23T23:15:00Z</dcterms:created>
  <dcterms:modified xsi:type="dcterms:W3CDTF">2026-08-28T10:51:00Z</dcterms:modified>
  <cp:category/>
</cp:coreProperties>
</file>